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1D3" w:rsidRDefault="00214763" w:rsidP="00214763">
      <w:pPr>
        <w:spacing w:after="120" w:line="240" w:lineRule="auto"/>
        <w:jc w:val="center"/>
      </w:pPr>
      <w:r>
        <w:rPr>
          <w:b/>
        </w:rPr>
        <w:t>УТВЕРЖДЕНО</w:t>
      </w:r>
    </w:p>
    <w:p w:rsidR="00E261D3" w:rsidRDefault="005745A4" w:rsidP="00214763">
      <w:pPr>
        <w:spacing w:after="120" w:line="240" w:lineRule="auto"/>
        <w:jc w:val="center"/>
      </w:pPr>
      <w:proofErr w:type="spellStart"/>
      <w:proofErr w:type="gramStart"/>
      <w:r>
        <w:t>приказом</w:t>
      </w:r>
      <w:proofErr w:type="spellEnd"/>
      <w:proofErr w:type="gramEnd"/>
      <w:r w:rsidR="00214763">
        <w:t xml:space="preserve"> </w:t>
      </w:r>
      <w:proofErr w:type="spellStart"/>
      <w:r w:rsidR="00214763">
        <w:t>директора</w:t>
      </w:r>
      <w:proofErr w:type="spellEnd"/>
    </w:p>
    <w:p w:rsidR="00E261D3" w:rsidRPr="005745A4" w:rsidRDefault="00214763" w:rsidP="00214763">
      <w:pPr>
        <w:spacing w:after="120" w:line="240" w:lineRule="auto"/>
        <w:jc w:val="center"/>
        <w:rPr>
          <w:lang w:val="ru-RU"/>
        </w:rPr>
      </w:pPr>
      <w:r w:rsidRPr="005745A4">
        <w:rPr>
          <w:lang w:val="ru-RU"/>
        </w:rPr>
        <w:t>ООО «Диамед»</w:t>
      </w:r>
    </w:p>
    <w:p w:rsidR="00E261D3" w:rsidRPr="005745A4" w:rsidRDefault="00214763" w:rsidP="00214763">
      <w:pPr>
        <w:spacing w:after="120" w:line="240" w:lineRule="auto"/>
        <w:jc w:val="center"/>
        <w:rPr>
          <w:lang w:val="ru-RU"/>
        </w:rPr>
      </w:pPr>
      <w:r w:rsidRPr="005745A4">
        <w:rPr>
          <w:lang w:val="ru-RU"/>
        </w:rPr>
        <w:t>от «_</w:t>
      </w:r>
      <w:r>
        <w:rPr>
          <w:lang w:val="ru-RU"/>
        </w:rPr>
        <w:t>05</w:t>
      </w:r>
      <w:r w:rsidRPr="005745A4">
        <w:rPr>
          <w:lang w:val="ru-RU"/>
        </w:rPr>
        <w:t xml:space="preserve">_» </w:t>
      </w:r>
      <w:r>
        <w:rPr>
          <w:lang w:val="ru-RU"/>
        </w:rPr>
        <w:t>октября 2026 г. № 65</w:t>
      </w:r>
    </w:p>
    <w:p w:rsidR="00E261D3" w:rsidRPr="005745A4" w:rsidRDefault="00E261D3">
      <w:pPr>
        <w:rPr>
          <w:lang w:val="ru-RU"/>
        </w:rPr>
      </w:pPr>
    </w:p>
    <w:p w:rsidR="00E261D3" w:rsidRPr="005745A4" w:rsidRDefault="00214763">
      <w:pPr>
        <w:spacing w:after="40"/>
        <w:jc w:val="center"/>
        <w:rPr>
          <w:lang w:val="ru-RU"/>
        </w:rPr>
      </w:pPr>
      <w:r w:rsidRPr="005745A4">
        <w:rPr>
          <w:b/>
          <w:sz w:val="32"/>
          <w:lang w:val="ru-RU"/>
        </w:rPr>
        <w:t>ПОЛИТИКА</w:t>
      </w:r>
    </w:p>
    <w:p w:rsidR="00E261D3" w:rsidRPr="005745A4" w:rsidRDefault="00214763">
      <w:pPr>
        <w:spacing w:after="40"/>
        <w:jc w:val="center"/>
        <w:rPr>
          <w:lang w:val="ru-RU"/>
        </w:rPr>
      </w:pPr>
      <w:r w:rsidRPr="005745A4">
        <w:rPr>
          <w:b/>
          <w:sz w:val="28"/>
          <w:lang w:val="ru-RU"/>
        </w:rPr>
        <w:t>в отношении обработки персональных данных</w:t>
      </w:r>
    </w:p>
    <w:p w:rsidR="00E261D3" w:rsidRPr="005745A4" w:rsidRDefault="00214763">
      <w:pPr>
        <w:jc w:val="center"/>
        <w:rPr>
          <w:lang w:val="ru-RU"/>
        </w:rPr>
      </w:pPr>
      <w:r w:rsidRPr="005745A4">
        <w:rPr>
          <w:b/>
          <w:sz w:val="28"/>
          <w:lang w:val="ru-RU"/>
        </w:rPr>
        <w:t>ООО «Диамед»</w:t>
      </w:r>
    </w:p>
    <w:p w:rsidR="00E261D3" w:rsidRPr="005745A4" w:rsidRDefault="00214763" w:rsidP="00214763">
      <w:pPr>
        <w:spacing w:before="240" w:after="0" w:line="240" w:lineRule="auto"/>
        <w:rPr>
          <w:lang w:val="ru-RU"/>
        </w:rPr>
      </w:pPr>
      <w:r w:rsidRPr="005745A4">
        <w:rPr>
          <w:b/>
          <w:sz w:val="28"/>
          <w:lang w:val="ru-RU"/>
        </w:rPr>
        <w:t>1. Общие положения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 xml:space="preserve">1.1. Настоящая Политика в отношении обработки персональных данных (далее — </w:t>
      </w:r>
      <w:r w:rsidRPr="005745A4">
        <w:rPr>
          <w:lang w:val="ru-RU"/>
        </w:rPr>
        <w:t xml:space="preserve">Политика) определяет порядок обработки и защиты персональных данных (далее — </w:t>
      </w:r>
      <w:proofErr w:type="spellStart"/>
      <w:r w:rsidRPr="005745A4">
        <w:rPr>
          <w:lang w:val="ru-RU"/>
        </w:rPr>
        <w:t>ПДн</w:t>
      </w:r>
      <w:proofErr w:type="spellEnd"/>
      <w:r w:rsidRPr="005745A4">
        <w:rPr>
          <w:lang w:val="ru-RU"/>
        </w:rPr>
        <w:t>) в ООО «Диамед» (далее — Оператор), в том числе полученных через официальный сайт Оператора в информационно-телекоммуникационной сети «Интернет» (далее — Сайт) и через мобильн</w:t>
      </w:r>
      <w:r w:rsidRPr="005745A4">
        <w:rPr>
          <w:lang w:val="ru-RU"/>
        </w:rPr>
        <w:t>ое приложение для пациентов (далее — Приложение).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>1.2. Политика разработана в соответствии со следующими нормативными правовыми актами: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>• Федеральный закон от 27.07.2006 № 152-ФЗ «О персональных данных»;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>• Федеральный закон от 27.07.2006 № 149-ФЗ «Об инфор</w:t>
      </w:r>
      <w:r w:rsidRPr="005745A4">
        <w:rPr>
          <w:lang w:val="ru-RU"/>
        </w:rPr>
        <w:t>мации, информационных технологиях и о защите информации»;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>• Федеральный закон от 26.07.2017 № 187-ФЗ «О безопасности критической информационной инфраструктуры Российской Федерации»;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>• Постановление Правительства РФ от 01.11.2012 № 1119 «Об утверждении треб</w:t>
      </w:r>
      <w:r w:rsidRPr="005745A4">
        <w:rPr>
          <w:lang w:val="ru-RU"/>
        </w:rPr>
        <w:t>ований к защите персональных данных при их обработке в информационных системах персональных данных»;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>• Постановление Правительства РФ от 15.09.2020 № 1599 «Об утверждении Правил обработки персональных данных, осуществляемой без использования средств автома</w:t>
      </w:r>
      <w:r w:rsidRPr="005745A4">
        <w:rPr>
          <w:lang w:val="ru-RU"/>
        </w:rPr>
        <w:t>тизации»;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>• Приказ ФСТЭК России от 18.02.2013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данных»;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>• Приказ ФСТЭК России</w:t>
      </w:r>
      <w:r w:rsidRPr="005745A4">
        <w:rPr>
          <w:lang w:val="ru-RU"/>
        </w:rPr>
        <w:t xml:space="preserve"> от 11.02.2013 № 17 «Об утверждении Требований о защите информации, не составляющей государственную тайну, содержащейся в государственных информационных системах»;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 xml:space="preserve">• Приказ </w:t>
      </w:r>
      <w:proofErr w:type="spellStart"/>
      <w:r w:rsidRPr="005745A4">
        <w:rPr>
          <w:lang w:val="ru-RU"/>
        </w:rPr>
        <w:t>Роскомнадзора</w:t>
      </w:r>
      <w:proofErr w:type="spellEnd"/>
      <w:r w:rsidRPr="005745A4">
        <w:rPr>
          <w:lang w:val="ru-RU"/>
        </w:rPr>
        <w:t xml:space="preserve"> от 28.10.2022 № 26 «Об утверждении требований к содержанию уведомлени</w:t>
      </w:r>
      <w:r w:rsidRPr="005745A4">
        <w:rPr>
          <w:lang w:val="ru-RU"/>
        </w:rPr>
        <w:t>я о намерении осуществлять обработку персональных данных».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 xml:space="preserve">1.3. Политика является общедоступным документом. Оператор обеспечивает неограниченный доступ к Политике на Сайте и в Приложении. Действующая редакция Политики размещена по адресу: </w:t>
      </w:r>
      <w:proofErr w:type="spellStart"/>
      <w:r>
        <w:t>diamed</w:t>
      </w:r>
      <w:r>
        <w:t>kinel</w:t>
      </w:r>
      <w:proofErr w:type="spellEnd"/>
      <w:r w:rsidRPr="005745A4">
        <w:rPr>
          <w:lang w:val="ru-RU"/>
        </w:rPr>
        <w:t>.</w:t>
      </w:r>
      <w:proofErr w:type="spellStart"/>
      <w:r>
        <w:t>ru</w:t>
      </w:r>
      <w:proofErr w:type="spellEnd"/>
      <w:r w:rsidRPr="005745A4">
        <w:rPr>
          <w:lang w:val="ru-RU"/>
        </w:rPr>
        <w:t xml:space="preserve"> (</w:t>
      </w:r>
      <w:r w:rsidRPr="005745A4">
        <w:rPr>
          <w:lang w:val="ru-RU"/>
        </w:rPr>
        <w:t>раздел «Политика конфиденциальности»).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 xml:space="preserve">1.4. Цель Политики — обеспечение защиты прав и свобод человека и гражданина при обработке его </w:t>
      </w:r>
      <w:proofErr w:type="spellStart"/>
      <w:r w:rsidRPr="005745A4">
        <w:rPr>
          <w:lang w:val="ru-RU"/>
        </w:rPr>
        <w:t>ПДн</w:t>
      </w:r>
      <w:proofErr w:type="spellEnd"/>
      <w:r w:rsidRPr="005745A4">
        <w:rPr>
          <w:lang w:val="ru-RU"/>
        </w:rPr>
        <w:t>, в том числе прав на неприкосновенность частной жизни, личную и семейную тайну.</w:t>
      </w:r>
    </w:p>
    <w:p w:rsidR="00E261D3" w:rsidRPr="005745A4" w:rsidRDefault="00214763" w:rsidP="00214763">
      <w:pPr>
        <w:spacing w:before="240" w:after="0" w:line="240" w:lineRule="auto"/>
        <w:rPr>
          <w:lang w:val="ru-RU"/>
        </w:rPr>
      </w:pPr>
      <w:r w:rsidRPr="005745A4">
        <w:rPr>
          <w:b/>
          <w:sz w:val="28"/>
          <w:lang w:val="ru-RU"/>
        </w:rPr>
        <w:t>2. Сведения об Операторе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>2.1. Операторо</w:t>
      </w:r>
      <w:r w:rsidRPr="005745A4">
        <w:rPr>
          <w:lang w:val="ru-RU"/>
        </w:rPr>
        <w:t xml:space="preserve">м </w:t>
      </w:r>
      <w:proofErr w:type="spellStart"/>
      <w:r w:rsidRPr="005745A4">
        <w:rPr>
          <w:lang w:val="ru-RU"/>
        </w:rPr>
        <w:t>ПДн</w:t>
      </w:r>
      <w:proofErr w:type="spellEnd"/>
      <w:r w:rsidRPr="005745A4">
        <w:rPr>
          <w:lang w:val="ru-RU"/>
        </w:rPr>
        <w:t xml:space="preserve"> является: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>Полное наименование: Общество с ограниченной ответственностью «Диамед» (ООО «Диамед»);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>ИНН: 6350019009; КПП: 635001001; ОГРН: 1056350019280;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>Ю</w:t>
      </w:r>
      <w:r w:rsidR="005745A4">
        <w:rPr>
          <w:lang w:val="ru-RU"/>
        </w:rPr>
        <w:t>ридический и фактический адрес:</w:t>
      </w:r>
      <w:r w:rsidR="005745A4" w:rsidRPr="005745A4">
        <w:rPr>
          <w:lang w:val="ru-RU"/>
        </w:rPr>
        <w:t xml:space="preserve">446430, Самарская область, г. </w:t>
      </w:r>
      <w:proofErr w:type="spellStart"/>
      <w:r w:rsidR="005745A4" w:rsidRPr="005745A4">
        <w:rPr>
          <w:lang w:val="ru-RU"/>
        </w:rPr>
        <w:t>Кинель</w:t>
      </w:r>
      <w:proofErr w:type="spellEnd"/>
      <w:r w:rsidR="005745A4" w:rsidRPr="005745A4">
        <w:rPr>
          <w:lang w:val="ru-RU"/>
        </w:rPr>
        <w:t>, ул</w:t>
      </w:r>
      <w:r w:rsidR="005745A4">
        <w:rPr>
          <w:lang w:val="ru-RU"/>
        </w:rPr>
        <w:t>. Южная д.34 кв.15;</w:t>
      </w:r>
      <w:r w:rsidR="005745A4" w:rsidRPr="005745A4">
        <w:rPr>
          <w:lang w:val="ru-RU"/>
        </w:rPr>
        <w:t xml:space="preserve"> </w:t>
      </w:r>
      <w:r w:rsidRPr="005745A4">
        <w:rPr>
          <w:lang w:val="ru-RU"/>
        </w:rPr>
        <w:t xml:space="preserve">446430, Самарская область, г. </w:t>
      </w:r>
      <w:proofErr w:type="spellStart"/>
      <w:r w:rsidRPr="005745A4">
        <w:rPr>
          <w:lang w:val="ru-RU"/>
        </w:rPr>
        <w:t>Кинель</w:t>
      </w:r>
      <w:proofErr w:type="spellEnd"/>
      <w:r w:rsidRPr="005745A4">
        <w:rPr>
          <w:lang w:val="ru-RU"/>
        </w:rPr>
        <w:t>, ул. Чехова, д. 1;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>Телефон: 8</w:t>
      </w:r>
      <w:r w:rsidR="005745A4">
        <w:rPr>
          <w:lang w:val="ru-RU"/>
        </w:rPr>
        <w:t xml:space="preserve"> (84663) 6-66-66</w:t>
      </w:r>
      <w:r w:rsidRPr="005745A4">
        <w:rPr>
          <w:lang w:val="ru-RU"/>
        </w:rPr>
        <w:t>;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lastRenderedPageBreak/>
        <w:t>Адре</w:t>
      </w:r>
      <w:r w:rsidR="005745A4">
        <w:rPr>
          <w:lang w:val="ru-RU"/>
        </w:rPr>
        <w:t xml:space="preserve">с электронной почты: </w:t>
      </w:r>
      <w:proofErr w:type="spellStart"/>
      <w:r w:rsidR="005745A4">
        <w:t>diamedkinel</w:t>
      </w:r>
      <w:proofErr w:type="spellEnd"/>
      <w:r w:rsidRPr="005745A4">
        <w:rPr>
          <w:lang w:val="ru-RU"/>
        </w:rPr>
        <w:t>@</w:t>
      </w:r>
      <w:proofErr w:type="spellStart"/>
      <w:r>
        <w:t>yandex</w:t>
      </w:r>
      <w:proofErr w:type="spellEnd"/>
      <w:r w:rsidRPr="005745A4">
        <w:rPr>
          <w:lang w:val="ru-RU"/>
        </w:rPr>
        <w:t>.</w:t>
      </w:r>
      <w:proofErr w:type="spellStart"/>
      <w:r>
        <w:t>ru</w:t>
      </w:r>
      <w:proofErr w:type="spellEnd"/>
      <w:r w:rsidRPr="005745A4">
        <w:rPr>
          <w:lang w:val="ru-RU"/>
        </w:rPr>
        <w:t>;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 xml:space="preserve">Адрес Сайта: </w:t>
      </w:r>
      <w:proofErr w:type="spellStart"/>
      <w:r>
        <w:t>diamed</w:t>
      </w:r>
      <w:r>
        <w:t>kinel</w:t>
      </w:r>
      <w:proofErr w:type="spellEnd"/>
      <w:r w:rsidRPr="005745A4">
        <w:rPr>
          <w:lang w:val="ru-RU"/>
        </w:rPr>
        <w:t>.</w:t>
      </w:r>
      <w:proofErr w:type="spellStart"/>
      <w:r>
        <w:t>ru</w:t>
      </w:r>
      <w:proofErr w:type="spellEnd"/>
      <w:r w:rsidRPr="005745A4">
        <w:rPr>
          <w:lang w:val="ru-RU"/>
        </w:rPr>
        <w:t>;</w:t>
      </w:r>
    </w:p>
    <w:p w:rsidR="00E261D3" w:rsidRPr="005745A4" w:rsidRDefault="005745A4" w:rsidP="00214763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>Директор: Калашников Иван</w:t>
      </w:r>
      <w:r w:rsidR="00214763" w:rsidRPr="005745A4">
        <w:rPr>
          <w:lang w:val="ru-RU"/>
        </w:rPr>
        <w:t xml:space="preserve"> Николаевич.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 xml:space="preserve">2.2. Лицо, ответственное за организацию обработки и обеспечение безопасности </w:t>
      </w:r>
      <w:proofErr w:type="spellStart"/>
      <w:r w:rsidRPr="005745A4">
        <w:rPr>
          <w:lang w:val="ru-RU"/>
        </w:rPr>
        <w:t>ПДн</w:t>
      </w:r>
      <w:proofErr w:type="spellEnd"/>
      <w:r w:rsidRPr="005745A4">
        <w:rPr>
          <w:lang w:val="ru-RU"/>
        </w:rPr>
        <w:t>: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>Науменко Ирина Олеговна, те</w:t>
      </w:r>
      <w:r w:rsidR="005745A4">
        <w:rPr>
          <w:lang w:val="ru-RU"/>
        </w:rPr>
        <w:t>л.</w:t>
      </w:r>
      <w:r w:rsidR="005745A4" w:rsidRPr="005745A4">
        <w:rPr>
          <w:lang w:val="ru-RU"/>
        </w:rPr>
        <w:t xml:space="preserve"> </w:t>
      </w:r>
      <w:r w:rsidR="005745A4" w:rsidRPr="005745A4">
        <w:rPr>
          <w:lang w:val="ru-RU"/>
        </w:rPr>
        <w:t>8</w:t>
      </w:r>
      <w:r w:rsidR="005745A4">
        <w:rPr>
          <w:lang w:val="ru-RU"/>
        </w:rPr>
        <w:t xml:space="preserve"> (84663) 6-66-66</w:t>
      </w:r>
      <w:r w:rsidR="005745A4">
        <w:rPr>
          <w:lang w:val="ru-RU"/>
        </w:rPr>
        <w:t xml:space="preserve">. </w:t>
      </w:r>
      <w:r w:rsidR="005745A4" w:rsidRPr="005745A4">
        <w:rPr>
          <w:lang w:val="ru-RU"/>
        </w:rPr>
        <w:t>Адре</w:t>
      </w:r>
      <w:r w:rsidR="005745A4">
        <w:rPr>
          <w:lang w:val="ru-RU"/>
        </w:rPr>
        <w:t xml:space="preserve">с электронной почты: </w:t>
      </w:r>
      <w:proofErr w:type="spellStart"/>
      <w:r w:rsidR="005745A4">
        <w:t>diamedkinel</w:t>
      </w:r>
      <w:proofErr w:type="spellEnd"/>
      <w:r w:rsidR="005745A4" w:rsidRPr="005745A4">
        <w:rPr>
          <w:lang w:val="ru-RU"/>
        </w:rPr>
        <w:t>@</w:t>
      </w:r>
      <w:proofErr w:type="spellStart"/>
      <w:r w:rsidR="005745A4">
        <w:t>yandex</w:t>
      </w:r>
      <w:proofErr w:type="spellEnd"/>
      <w:r w:rsidR="005745A4" w:rsidRPr="005745A4">
        <w:rPr>
          <w:lang w:val="ru-RU"/>
        </w:rPr>
        <w:t>.</w:t>
      </w:r>
      <w:proofErr w:type="spellStart"/>
      <w:r w:rsidR="005745A4">
        <w:t>ru</w:t>
      </w:r>
      <w:proofErr w:type="spellEnd"/>
      <w:r w:rsidR="005745A4" w:rsidRPr="005745A4">
        <w:rPr>
          <w:lang w:val="ru-RU"/>
        </w:rPr>
        <w:t>;</w:t>
      </w:r>
    </w:p>
    <w:p w:rsidR="00E261D3" w:rsidRPr="005745A4" w:rsidRDefault="00214763" w:rsidP="00214763">
      <w:pPr>
        <w:spacing w:before="240" w:after="0" w:line="240" w:lineRule="auto"/>
        <w:rPr>
          <w:lang w:val="ru-RU"/>
        </w:rPr>
      </w:pPr>
      <w:r w:rsidRPr="005745A4">
        <w:rPr>
          <w:b/>
          <w:sz w:val="28"/>
          <w:lang w:val="ru-RU"/>
        </w:rPr>
        <w:t>3. Цели обработки персональных данных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 xml:space="preserve">3.1. Оператор обрабатывает </w:t>
      </w:r>
      <w:proofErr w:type="spellStart"/>
      <w:r w:rsidRPr="005745A4">
        <w:rPr>
          <w:lang w:val="ru-RU"/>
        </w:rPr>
        <w:t>ПДн</w:t>
      </w:r>
      <w:proofErr w:type="spellEnd"/>
      <w:r w:rsidRPr="005745A4">
        <w:rPr>
          <w:lang w:val="ru-RU"/>
        </w:rPr>
        <w:t xml:space="preserve"> в следующих целях: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>1) оказание медицинских услуг пациентам, включая первичный приём, диагностику, лечение, ведение медицинской докумен</w:t>
      </w:r>
      <w:r w:rsidRPr="005745A4">
        <w:rPr>
          <w:lang w:val="ru-RU"/>
        </w:rPr>
        <w:t>тации;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>2) онлайн-запись пациентов на приём через Сайт и Приложение;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>3) напр</w:t>
      </w:r>
      <w:r w:rsidR="005745A4">
        <w:rPr>
          <w:lang w:val="ru-RU"/>
        </w:rPr>
        <w:t xml:space="preserve">авление пациентам напоминаний </w:t>
      </w:r>
      <w:r w:rsidRPr="005745A4">
        <w:rPr>
          <w:lang w:val="ru-RU"/>
        </w:rPr>
        <w:t xml:space="preserve">приёмах, результатов анализов и иных уведомлений через </w:t>
      </w:r>
      <w:r>
        <w:t>push</w:t>
      </w:r>
      <w:r w:rsidRPr="005745A4">
        <w:rPr>
          <w:lang w:val="ru-RU"/>
        </w:rPr>
        <w:t>-сообщения, СМС и электронную почту;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>4) взаимодействие с ЕГИСЗ (Единая государст</w:t>
      </w:r>
      <w:r w:rsidRPr="005745A4">
        <w:rPr>
          <w:lang w:val="ru-RU"/>
        </w:rPr>
        <w:t>венная информационная система в сфере здравоохранения), ФОМС, страховыми медицинскими организациями;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>5) ведение бухгалтерского и налогового учёта, заключение и исполнение договоров;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>6) организация трудовых отношений с работниками, ведение кадрового делопро</w:t>
      </w:r>
      <w:r w:rsidRPr="005745A4">
        <w:rPr>
          <w:lang w:val="ru-RU"/>
        </w:rPr>
        <w:t>изводства;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>7) обеспечение пропускного режима и безопасности путём видеонаблюдения;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>8) обеспечение безопасности объектов критической информационной инфраструктуры в соответствии с 187-ФЗ.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 xml:space="preserve">3.2. Обработка </w:t>
      </w:r>
      <w:proofErr w:type="spellStart"/>
      <w:r w:rsidRPr="005745A4">
        <w:rPr>
          <w:lang w:val="ru-RU"/>
        </w:rPr>
        <w:t>ПДн</w:t>
      </w:r>
      <w:proofErr w:type="spellEnd"/>
      <w:r w:rsidRPr="005745A4">
        <w:rPr>
          <w:lang w:val="ru-RU"/>
        </w:rPr>
        <w:t>, не совместимая с целями их сбора, не допускается.</w:t>
      </w:r>
    </w:p>
    <w:p w:rsidR="00E261D3" w:rsidRPr="005745A4" w:rsidRDefault="00214763" w:rsidP="00214763">
      <w:pPr>
        <w:spacing w:before="240" w:after="0" w:line="240" w:lineRule="auto"/>
        <w:rPr>
          <w:lang w:val="ru-RU"/>
        </w:rPr>
      </w:pPr>
      <w:r w:rsidRPr="005745A4">
        <w:rPr>
          <w:b/>
          <w:sz w:val="28"/>
          <w:lang w:val="ru-RU"/>
        </w:rPr>
        <w:t>4. Правовые основания обработки персональных данных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 xml:space="preserve">4.1. Обработка </w:t>
      </w:r>
      <w:proofErr w:type="spellStart"/>
      <w:r w:rsidRPr="005745A4">
        <w:rPr>
          <w:lang w:val="ru-RU"/>
        </w:rPr>
        <w:t>ПДн</w:t>
      </w:r>
      <w:proofErr w:type="spellEnd"/>
      <w:r w:rsidRPr="005745A4">
        <w:rPr>
          <w:lang w:val="ru-RU"/>
        </w:rPr>
        <w:t xml:space="preserve"> осуществляется на следующих правовых основаниях (ст. 6 Федерального закона № 152-ФЗ):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17"/>
        <w:gridCol w:w="3252"/>
        <w:gridCol w:w="5419"/>
      </w:tblGrid>
      <w:tr w:rsidR="00E261D3" w:rsidTr="005745A4">
        <w:trPr>
          <w:jc w:val="center"/>
        </w:trPr>
        <w:tc>
          <w:tcPr>
            <w:tcW w:w="417" w:type="dxa"/>
          </w:tcPr>
          <w:p w:rsidR="00E261D3" w:rsidRDefault="00214763" w:rsidP="00214763">
            <w:pPr>
              <w:jc w:val="center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w="3252" w:type="dxa"/>
          </w:tcPr>
          <w:p w:rsidR="00E261D3" w:rsidRDefault="00214763" w:rsidP="00214763">
            <w:pPr>
              <w:jc w:val="center"/>
            </w:pPr>
            <w:r>
              <w:rPr>
                <w:b/>
                <w:sz w:val="20"/>
              </w:rPr>
              <w:t>Правовое основание</w:t>
            </w:r>
          </w:p>
        </w:tc>
        <w:tc>
          <w:tcPr>
            <w:tcW w:w="5419" w:type="dxa"/>
          </w:tcPr>
          <w:p w:rsidR="00E261D3" w:rsidRDefault="00214763" w:rsidP="00214763">
            <w:pPr>
              <w:jc w:val="center"/>
            </w:pPr>
            <w:r>
              <w:rPr>
                <w:b/>
                <w:sz w:val="20"/>
              </w:rPr>
              <w:t>Применение</w:t>
            </w:r>
          </w:p>
        </w:tc>
      </w:tr>
      <w:tr w:rsidR="00E261D3" w:rsidRPr="005745A4" w:rsidTr="005745A4">
        <w:trPr>
          <w:jc w:val="center"/>
        </w:trPr>
        <w:tc>
          <w:tcPr>
            <w:tcW w:w="417" w:type="dxa"/>
          </w:tcPr>
          <w:p w:rsidR="00E261D3" w:rsidRDefault="00214763" w:rsidP="00214763">
            <w:r>
              <w:rPr>
                <w:sz w:val="20"/>
              </w:rPr>
              <w:t>1</w:t>
            </w:r>
          </w:p>
        </w:tc>
        <w:tc>
          <w:tcPr>
            <w:tcW w:w="3252" w:type="dxa"/>
          </w:tcPr>
          <w:p w:rsidR="00E261D3" w:rsidRDefault="00214763" w:rsidP="00214763">
            <w:r>
              <w:rPr>
                <w:sz w:val="20"/>
              </w:rPr>
              <w:t>Согласие субъекта ПДн</w:t>
            </w:r>
          </w:p>
        </w:tc>
        <w:tc>
          <w:tcPr>
            <w:tcW w:w="5419" w:type="dxa"/>
          </w:tcPr>
          <w:p w:rsidR="00E261D3" w:rsidRPr="005745A4" w:rsidRDefault="00214763" w:rsidP="00214763">
            <w:pPr>
              <w:rPr>
                <w:lang w:val="ru-RU"/>
              </w:rPr>
            </w:pPr>
            <w:r w:rsidRPr="005745A4">
              <w:rPr>
                <w:sz w:val="20"/>
                <w:lang w:val="ru-RU"/>
              </w:rPr>
              <w:t xml:space="preserve">Получается от пациентов (в </w:t>
            </w:r>
            <w:proofErr w:type="spellStart"/>
            <w:r w:rsidRPr="005745A4">
              <w:rPr>
                <w:sz w:val="20"/>
                <w:lang w:val="ru-RU"/>
              </w:rPr>
              <w:t>т.ч</w:t>
            </w:r>
            <w:proofErr w:type="spellEnd"/>
            <w:r w:rsidRPr="005745A4">
              <w:rPr>
                <w:sz w:val="20"/>
                <w:lang w:val="ru-RU"/>
              </w:rPr>
              <w:t xml:space="preserve">. через </w:t>
            </w:r>
            <w:r w:rsidRPr="005745A4">
              <w:rPr>
                <w:sz w:val="20"/>
                <w:lang w:val="ru-RU"/>
              </w:rPr>
              <w:t>Сайт и Приложение), посетителей сайта, пользователей Приложения</w:t>
            </w:r>
          </w:p>
        </w:tc>
      </w:tr>
      <w:tr w:rsidR="00E261D3" w:rsidRPr="005745A4" w:rsidTr="005745A4">
        <w:trPr>
          <w:jc w:val="center"/>
        </w:trPr>
        <w:tc>
          <w:tcPr>
            <w:tcW w:w="417" w:type="dxa"/>
          </w:tcPr>
          <w:p w:rsidR="00E261D3" w:rsidRDefault="00214763" w:rsidP="00214763">
            <w:r>
              <w:rPr>
                <w:sz w:val="20"/>
              </w:rPr>
              <w:t>2</w:t>
            </w:r>
          </w:p>
        </w:tc>
        <w:tc>
          <w:tcPr>
            <w:tcW w:w="3252" w:type="dxa"/>
          </w:tcPr>
          <w:p w:rsidR="00E261D3" w:rsidRPr="005745A4" w:rsidRDefault="00214763" w:rsidP="00214763">
            <w:pPr>
              <w:rPr>
                <w:lang w:val="ru-RU"/>
              </w:rPr>
            </w:pPr>
            <w:r w:rsidRPr="005745A4">
              <w:rPr>
                <w:sz w:val="20"/>
                <w:lang w:val="ru-RU"/>
              </w:rPr>
              <w:t>Договор, заключённый между Оператором и субъектом</w:t>
            </w:r>
          </w:p>
        </w:tc>
        <w:tc>
          <w:tcPr>
            <w:tcW w:w="5419" w:type="dxa"/>
          </w:tcPr>
          <w:p w:rsidR="00E261D3" w:rsidRPr="005745A4" w:rsidRDefault="00214763" w:rsidP="00214763">
            <w:pPr>
              <w:rPr>
                <w:lang w:val="ru-RU"/>
              </w:rPr>
            </w:pPr>
            <w:r w:rsidRPr="005745A4">
              <w:rPr>
                <w:sz w:val="20"/>
                <w:lang w:val="ru-RU"/>
              </w:rPr>
              <w:t>Договор на оказание медицинских услуг, трудовой договор, договор с контрагентами</w:t>
            </w:r>
          </w:p>
        </w:tc>
      </w:tr>
      <w:tr w:rsidR="00E261D3" w:rsidRPr="005745A4" w:rsidTr="005745A4">
        <w:trPr>
          <w:jc w:val="center"/>
        </w:trPr>
        <w:tc>
          <w:tcPr>
            <w:tcW w:w="417" w:type="dxa"/>
          </w:tcPr>
          <w:p w:rsidR="00E261D3" w:rsidRDefault="00214763" w:rsidP="00214763">
            <w:r>
              <w:rPr>
                <w:sz w:val="20"/>
              </w:rPr>
              <w:t>3</w:t>
            </w:r>
          </w:p>
        </w:tc>
        <w:tc>
          <w:tcPr>
            <w:tcW w:w="3252" w:type="dxa"/>
          </w:tcPr>
          <w:p w:rsidR="00E261D3" w:rsidRDefault="00214763" w:rsidP="00214763">
            <w:r>
              <w:rPr>
                <w:sz w:val="20"/>
              </w:rPr>
              <w:t>Трудовое законодательство</w:t>
            </w:r>
          </w:p>
        </w:tc>
        <w:tc>
          <w:tcPr>
            <w:tcW w:w="5419" w:type="dxa"/>
          </w:tcPr>
          <w:p w:rsidR="00E261D3" w:rsidRPr="005745A4" w:rsidRDefault="00214763" w:rsidP="00214763">
            <w:pPr>
              <w:rPr>
                <w:lang w:val="ru-RU"/>
              </w:rPr>
            </w:pPr>
            <w:r w:rsidRPr="005745A4">
              <w:rPr>
                <w:sz w:val="20"/>
                <w:lang w:val="ru-RU"/>
              </w:rPr>
              <w:t xml:space="preserve">Обработка </w:t>
            </w:r>
            <w:proofErr w:type="spellStart"/>
            <w:r w:rsidRPr="005745A4">
              <w:rPr>
                <w:sz w:val="20"/>
                <w:lang w:val="ru-RU"/>
              </w:rPr>
              <w:t>ПДн</w:t>
            </w:r>
            <w:proofErr w:type="spellEnd"/>
            <w:r w:rsidRPr="005745A4">
              <w:rPr>
                <w:sz w:val="20"/>
                <w:lang w:val="ru-RU"/>
              </w:rPr>
              <w:t xml:space="preserve"> работников в со</w:t>
            </w:r>
            <w:r w:rsidRPr="005745A4">
              <w:rPr>
                <w:sz w:val="20"/>
                <w:lang w:val="ru-RU"/>
              </w:rPr>
              <w:t>ответствии с ТК РФ</w:t>
            </w:r>
          </w:p>
        </w:tc>
      </w:tr>
      <w:tr w:rsidR="00E261D3" w:rsidRPr="005745A4" w:rsidTr="005745A4">
        <w:trPr>
          <w:jc w:val="center"/>
        </w:trPr>
        <w:tc>
          <w:tcPr>
            <w:tcW w:w="417" w:type="dxa"/>
          </w:tcPr>
          <w:p w:rsidR="00E261D3" w:rsidRDefault="00214763" w:rsidP="00214763">
            <w:r>
              <w:rPr>
                <w:sz w:val="20"/>
              </w:rPr>
              <w:t>4</w:t>
            </w:r>
          </w:p>
        </w:tc>
        <w:tc>
          <w:tcPr>
            <w:tcW w:w="3252" w:type="dxa"/>
          </w:tcPr>
          <w:p w:rsidR="00E261D3" w:rsidRDefault="00214763" w:rsidP="00214763">
            <w:r>
              <w:rPr>
                <w:sz w:val="20"/>
              </w:rPr>
              <w:t>Законодательство о здравоохранении</w:t>
            </w:r>
          </w:p>
        </w:tc>
        <w:tc>
          <w:tcPr>
            <w:tcW w:w="5419" w:type="dxa"/>
          </w:tcPr>
          <w:p w:rsidR="00E261D3" w:rsidRPr="005745A4" w:rsidRDefault="00214763" w:rsidP="00214763">
            <w:pPr>
              <w:rPr>
                <w:lang w:val="ru-RU"/>
              </w:rPr>
            </w:pPr>
            <w:r w:rsidRPr="005745A4">
              <w:rPr>
                <w:sz w:val="20"/>
                <w:lang w:val="ru-RU"/>
              </w:rPr>
              <w:t xml:space="preserve">Обработка </w:t>
            </w:r>
            <w:proofErr w:type="spellStart"/>
            <w:r w:rsidRPr="005745A4">
              <w:rPr>
                <w:sz w:val="20"/>
                <w:lang w:val="ru-RU"/>
              </w:rPr>
              <w:t>ПДн</w:t>
            </w:r>
            <w:proofErr w:type="spellEnd"/>
            <w:r w:rsidRPr="005745A4">
              <w:rPr>
                <w:sz w:val="20"/>
                <w:lang w:val="ru-RU"/>
              </w:rPr>
              <w:t xml:space="preserve"> без согласия в случаях, предусмотренных ФЗ № 323-ФЗ «Об основах охраны здоровья граждан»</w:t>
            </w:r>
          </w:p>
        </w:tc>
      </w:tr>
      <w:tr w:rsidR="00E261D3" w:rsidRPr="005745A4" w:rsidTr="005745A4">
        <w:trPr>
          <w:jc w:val="center"/>
        </w:trPr>
        <w:tc>
          <w:tcPr>
            <w:tcW w:w="417" w:type="dxa"/>
          </w:tcPr>
          <w:p w:rsidR="00E261D3" w:rsidRDefault="00214763" w:rsidP="00214763">
            <w:r>
              <w:rPr>
                <w:sz w:val="20"/>
              </w:rPr>
              <w:t>5</w:t>
            </w:r>
          </w:p>
        </w:tc>
        <w:tc>
          <w:tcPr>
            <w:tcW w:w="3252" w:type="dxa"/>
          </w:tcPr>
          <w:p w:rsidR="00E261D3" w:rsidRDefault="00214763" w:rsidP="00214763">
            <w:r>
              <w:rPr>
                <w:sz w:val="20"/>
              </w:rPr>
              <w:t>Законные интересы Оператора</w:t>
            </w:r>
          </w:p>
        </w:tc>
        <w:tc>
          <w:tcPr>
            <w:tcW w:w="5419" w:type="dxa"/>
          </w:tcPr>
          <w:p w:rsidR="00E261D3" w:rsidRPr="005745A4" w:rsidRDefault="00214763" w:rsidP="00214763">
            <w:pPr>
              <w:rPr>
                <w:lang w:val="ru-RU"/>
              </w:rPr>
            </w:pPr>
            <w:r w:rsidRPr="005745A4">
              <w:rPr>
                <w:sz w:val="20"/>
                <w:lang w:val="ru-RU"/>
              </w:rPr>
              <w:t>Видеонаблюдение в целях обеспечения безопасности</w:t>
            </w:r>
          </w:p>
        </w:tc>
      </w:tr>
    </w:tbl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>4.2. Согласие н</w:t>
      </w:r>
      <w:r w:rsidRPr="005745A4">
        <w:rPr>
          <w:lang w:val="ru-RU"/>
        </w:rPr>
        <w:t xml:space="preserve">а обработку </w:t>
      </w:r>
      <w:proofErr w:type="spellStart"/>
      <w:r w:rsidRPr="005745A4">
        <w:rPr>
          <w:lang w:val="ru-RU"/>
        </w:rPr>
        <w:t>ПДн</w:t>
      </w:r>
      <w:proofErr w:type="spellEnd"/>
      <w:r w:rsidRPr="005745A4">
        <w:rPr>
          <w:lang w:val="ru-RU"/>
        </w:rPr>
        <w:t>, полученных через Сайт, оформляется путём проставления пользователем отметки в соответствующем поле (установки «галочки») в электронной форме онлайн-записи на приём, что признается Оператором как согласие в письменной форме в соответствии с</w:t>
      </w:r>
      <w:r w:rsidRPr="005745A4">
        <w:rPr>
          <w:lang w:val="ru-RU"/>
        </w:rPr>
        <w:t>о ст. 11.2 ФЗ № 152-ФЗ.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 xml:space="preserve">4.3. Согласие на обработку </w:t>
      </w:r>
      <w:proofErr w:type="spellStart"/>
      <w:r w:rsidRPr="005745A4">
        <w:rPr>
          <w:lang w:val="ru-RU"/>
        </w:rPr>
        <w:t>ПДн</w:t>
      </w:r>
      <w:proofErr w:type="spellEnd"/>
      <w:r w:rsidRPr="005745A4">
        <w:rPr>
          <w:lang w:val="ru-RU"/>
        </w:rPr>
        <w:t xml:space="preserve">, полученных через Приложение, оформляется при первом запуске Приложения путём нажатия кнопки «Принять» / «Согласен» под текстом соглашения об обработке </w:t>
      </w:r>
      <w:proofErr w:type="spellStart"/>
      <w:r w:rsidRPr="005745A4">
        <w:rPr>
          <w:lang w:val="ru-RU"/>
        </w:rPr>
        <w:t>ПДн</w:t>
      </w:r>
      <w:proofErr w:type="spellEnd"/>
      <w:r w:rsidRPr="005745A4">
        <w:rPr>
          <w:lang w:val="ru-RU"/>
        </w:rPr>
        <w:t xml:space="preserve">, что приравнивается к согласию в письменной </w:t>
      </w:r>
      <w:r w:rsidRPr="005745A4">
        <w:rPr>
          <w:lang w:val="ru-RU"/>
        </w:rPr>
        <w:t>форме.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 xml:space="preserve">4.4. Согласие на обработку </w:t>
      </w:r>
      <w:proofErr w:type="spellStart"/>
      <w:r w:rsidRPr="005745A4">
        <w:rPr>
          <w:lang w:val="ru-RU"/>
        </w:rPr>
        <w:t>ПДн</w:t>
      </w:r>
      <w:proofErr w:type="spellEnd"/>
      <w:r w:rsidRPr="005745A4">
        <w:rPr>
          <w:lang w:val="ru-RU"/>
        </w:rPr>
        <w:t xml:space="preserve"> при очном обращении пациента оформляется на бумажном носителе по форме, утверждённой приказом Оператора.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 xml:space="preserve">4.5. Оператор не обрабатывает специальные категории </w:t>
      </w:r>
      <w:proofErr w:type="spellStart"/>
      <w:r w:rsidRPr="005745A4">
        <w:rPr>
          <w:lang w:val="ru-RU"/>
        </w:rPr>
        <w:t>ПДн</w:t>
      </w:r>
      <w:proofErr w:type="spellEnd"/>
      <w:r w:rsidRPr="005745A4">
        <w:rPr>
          <w:lang w:val="ru-RU"/>
        </w:rPr>
        <w:t>, за исключением данных о состоянии здоровья, которые обра</w:t>
      </w:r>
      <w:r w:rsidRPr="005745A4">
        <w:rPr>
          <w:lang w:val="ru-RU"/>
        </w:rPr>
        <w:t>батываются в связи с оказанием медицинских услуг на основании ФЗ № 323-ФЗ. Биометрические персональные данные Оператором не обрабатываются.</w:t>
      </w:r>
    </w:p>
    <w:p w:rsidR="00E261D3" w:rsidRPr="005745A4" w:rsidRDefault="00214763" w:rsidP="00214763">
      <w:pPr>
        <w:spacing w:before="240" w:after="0" w:line="240" w:lineRule="auto"/>
        <w:rPr>
          <w:lang w:val="ru-RU"/>
        </w:rPr>
      </w:pPr>
      <w:r w:rsidRPr="005745A4">
        <w:rPr>
          <w:b/>
          <w:sz w:val="28"/>
          <w:lang w:val="ru-RU"/>
        </w:rPr>
        <w:t>5. Категории субъектов персональных данных и категории обрабатываемых персональных данных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>5.1. Оператор обрабатывает</w:t>
      </w:r>
      <w:r w:rsidRPr="005745A4">
        <w:rPr>
          <w:lang w:val="ru-RU"/>
        </w:rPr>
        <w:t xml:space="preserve"> </w:t>
      </w:r>
      <w:proofErr w:type="spellStart"/>
      <w:r w:rsidRPr="005745A4">
        <w:rPr>
          <w:lang w:val="ru-RU"/>
        </w:rPr>
        <w:t>ПДн</w:t>
      </w:r>
      <w:proofErr w:type="spellEnd"/>
      <w:r w:rsidRPr="005745A4">
        <w:rPr>
          <w:lang w:val="ru-RU"/>
        </w:rPr>
        <w:t xml:space="preserve"> следующих категорий субъектов: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243"/>
        <w:gridCol w:w="4678"/>
        <w:gridCol w:w="2150"/>
      </w:tblGrid>
      <w:tr w:rsidR="00E261D3" w:rsidTr="002E09DC">
        <w:trPr>
          <w:jc w:val="center"/>
        </w:trPr>
        <w:tc>
          <w:tcPr>
            <w:tcW w:w="2243" w:type="dxa"/>
          </w:tcPr>
          <w:p w:rsidR="00E261D3" w:rsidRDefault="00214763" w:rsidP="00214763">
            <w:pPr>
              <w:jc w:val="center"/>
            </w:pPr>
            <w:proofErr w:type="spellStart"/>
            <w:r>
              <w:rPr>
                <w:b/>
                <w:sz w:val="20"/>
              </w:rPr>
              <w:lastRenderedPageBreak/>
              <w:t>Категория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субъектов</w:t>
            </w:r>
            <w:proofErr w:type="spellEnd"/>
          </w:p>
        </w:tc>
        <w:tc>
          <w:tcPr>
            <w:tcW w:w="4678" w:type="dxa"/>
          </w:tcPr>
          <w:p w:rsidR="00E261D3" w:rsidRDefault="00214763" w:rsidP="00214763">
            <w:pPr>
              <w:jc w:val="center"/>
            </w:pPr>
            <w:proofErr w:type="spellStart"/>
            <w:r>
              <w:rPr>
                <w:b/>
                <w:sz w:val="20"/>
              </w:rPr>
              <w:t>Категории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ПДн</w:t>
            </w:r>
            <w:proofErr w:type="spellEnd"/>
          </w:p>
        </w:tc>
        <w:tc>
          <w:tcPr>
            <w:tcW w:w="2150" w:type="dxa"/>
          </w:tcPr>
          <w:p w:rsidR="00E261D3" w:rsidRDefault="00214763" w:rsidP="00214763">
            <w:pPr>
              <w:jc w:val="center"/>
            </w:pPr>
            <w:proofErr w:type="spellStart"/>
            <w:r>
              <w:rPr>
                <w:b/>
                <w:sz w:val="20"/>
              </w:rPr>
              <w:t>Канал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получения</w:t>
            </w:r>
            <w:proofErr w:type="spellEnd"/>
          </w:p>
        </w:tc>
      </w:tr>
      <w:tr w:rsidR="00E261D3" w:rsidRPr="002E09DC" w:rsidTr="002E09DC">
        <w:trPr>
          <w:jc w:val="center"/>
        </w:trPr>
        <w:tc>
          <w:tcPr>
            <w:tcW w:w="2243" w:type="dxa"/>
          </w:tcPr>
          <w:p w:rsidR="00E261D3" w:rsidRDefault="00214763" w:rsidP="00214763">
            <w:proofErr w:type="spellStart"/>
            <w:r>
              <w:rPr>
                <w:sz w:val="20"/>
              </w:rPr>
              <w:t>Пациенты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очное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обращение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4678" w:type="dxa"/>
          </w:tcPr>
          <w:p w:rsidR="00E261D3" w:rsidRPr="005745A4" w:rsidRDefault="00214763" w:rsidP="00214763">
            <w:pPr>
              <w:rPr>
                <w:lang w:val="ru-RU"/>
              </w:rPr>
            </w:pPr>
            <w:r w:rsidRPr="005745A4">
              <w:rPr>
                <w:sz w:val="20"/>
                <w:lang w:val="ru-RU"/>
              </w:rPr>
              <w:t>ФИО, дата рождения, пол, адрес, телефон, паспортные данные, полис ОМС/ДМС, данные о здоровье, история болезни, результаты анализов</w:t>
            </w:r>
          </w:p>
        </w:tc>
        <w:tc>
          <w:tcPr>
            <w:tcW w:w="2150" w:type="dxa"/>
          </w:tcPr>
          <w:p w:rsidR="00E261D3" w:rsidRPr="002E09DC" w:rsidRDefault="00214763" w:rsidP="00214763">
            <w:pPr>
              <w:rPr>
                <w:lang w:val="ru-RU"/>
              </w:rPr>
            </w:pPr>
            <w:r w:rsidRPr="002E09DC">
              <w:rPr>
                <w:sz w:val="20"/>
                <w:lang w:val="ru-RU"/>
              </w:rPr>
              <w:t>Бумажный но</w:t>
            </w:r>
            <w:r w:rsidRPr="002E09DC">
              <w:rPr>
                <w:sz w:val="20"/>
                <w:lang w:val="ru-RU"/>
              </w:rPr>
              <w:t xml:space="preserve">ситель, МИС </w:t>
            </w:r>
            <w:r>
              <w:rPr>
                <w:sz w:val="20"/>
              </w:rPr>
              <w:t>SQNS</w:t>
            </w:r>
            <w:r w:rsidR="002E09DC">
              <w:rPr>
                <w:sz w:val="20"/>
                <w:lang w:val="ru-RU"/>
              </w:rPr>
              <w:t xml:space="preserve">, </w:t>
            </w:r>
            <w:proofErr w:type="spellStart"/>
            <w:r w:rsidR="002E09DC">
              <w:rPr>
                <w:sz w:val="20"/>
                <w:lang w:val="ru-RU"/>
              </w:rPr>
              <w:t>ЛИС»Ситилаб</w:t>
            </w:r>
            <w:proofErr w:type="spellEnd"/>
            <w:r w:rsidR="002E09DC">
              <w:rPr>
                <w:sz w:val="20"/>
                <w:lang w:val="ru-RU"/>
              </w:rPr>
              <w:t xml:space="preserve">», </w:t>
            </w:r>
            <w:proofErr w:type="spellStart"/>
            <w:r w:rsidR="002E09DC">
              <w:rPr>
                <w:sz w:val="20"/>
                <w:lang w:val="ru-RU"/>
              </w:rPr>
              <w:t>ЛИС»Инвитро</w:t>
            </w:r>
            <w:proofErr w:type="spellEnd"/>
            <w:r w:rsidR="002E09DC">
              <w:rPr>
                <w:sz w:val="20"/>
                <w:lang w:val="ru-RU"/>
              </w:rPr>
              <w:t>»</w:t>
            </w:r>
          </w:p>
        </w:tc>
      </w:tr>
      <w:tr w:rsidR="00E261D3" w:rsidTr="002E09DC">
        <w:trPr>
          <w:jc w:val="center"/>
        </w:trPr>
        <w:tc>
          <w:tcPr>
            <w:tcW w:w="2243" w:type="dxa"/>
          </w:tcPr>
          <w:p w:rsidR="00E261D3" w:rsidRPr="005745A4" w:rsidRDefault="00214763" w:rsidP="00214763">
            <w:pPr>
              <w:rPr>
                <w:lang w:val="ru-RU"/>
              </w:rPr>
            </w:pPr>
            <w:r w:rsidRPr="005745A4">
              <w:rPr>
                <w:sz w:val="20"/>
                <w:lang w:val="ru-RU"/>
              </w:rPr>
              <w:t>Пациенты (онлайн-запись через Сайт)</w:t>
            </w:r>
          </w:p>
        </w:tc>
        <w:tc>
          <w:tcPr>
            <w:tcW w:w="4678" w:type="dxa"/>
          </w:tcPr>
          <w:p w:rsidR="00E261D3" w:rsidRPr="005745A4" w:rsidRDefault="00214763" w:rsidP="00214763">
            <w:pPr>
              <w:rPr>
                <w:lang w:val="ru-RU"/>
              </w:rPr>
            </w:pPr>
            <w:r w:rsidRPr="005745A4">
              <w:rPr>
                <w:sz w:val="20"/>
                <w:lang w:val="ru-RU"/>
              </w:rPr>
              <w:t xml:space="preserve">ФИО, телефон, дата рождения, </w:t>
            </w:r>
            <w:r>
              <w:rPr>
                <w:sz w:val="20"/>
              </w:rPr>
              <w:t>e</w:t>
            </w:r>
            <w:r w:rsidRPr="005745A4">
              <w:rPr>
                <w:sz w:val="20"/>
                <w:lang w:val="ru-RU"/>
              </w:rPr>
              <w:t>-</w:t>
            </w:r>
            <w:r>
              <w:rPr>
                <w:sz w:val="20"/>
              </w:rPr>
              <w:t>mail</w:t>
            </w:r>
            <w:r w:rsidRPr="005745A4">
              <w:rPr>
                <w:sz w:val="20"/>
                <w:lang w:val="ru-RU"/>
              </w:rPr>
              <w:t>, специальность врача, желаемая дата и время приёма</w:t>
            </w:r>
          </w:p>
        </w:tc>
        <w:tc>
          <w:tcPr>
            <w:tcW w:w="2150" w:type="dxa"/>
          </w:tcPr>
          <w:p w:rsidR="00E261D3" w:rsidRDefault="00214763" w:rsidP="00214763">
            <w:proofErr w:type="spellStart"/>
            <w:r>
              <w:rPr>
                <w:sz w:val="20"/>
              </w:rPr>
              <w:t>Электронная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форма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Сайте</w:t>
            </w:r>
            <w:proofErr w:type="spellEnd"/>
          </w:p>
        </w:tc>
      </w:tr>
      <w:tr w:rsidR="00E261D3" w:rsidTr="002E09DC">
        <w:trPr>
          <w:jc w:val="center"/>
        </w:trPr>
        <w:tc>
          <w:tcPr>
            <w:tcW w:w="2243" w:type="dxa"/>
          </w:tcPr>
          <w:p w:rsidR="00E261D3" w:rsidRDefault="00214763" w:rsidP="00214763">
            <w:proofErr w:type="spellStart"/>
            <w:r>
              <w:rPr>
                <w:sz w:val="20"/>
              </w:rPr>
              <w:t>Пациенты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Приложение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4678" w:type="dxa"/>
          </w:tcPr>
          <w:p w:rsidR="00E261D3" w:rsidRPr="005745A4" w:rsidRDefault="00214763" w:rsidP="00214763">
            <w:pPr>
              <w:rPr>
                <w:lang w:val="ru-RU"/>
              </w:rPr>
            </w:pPr>
            <w:r w:rsidRPr="005745A4">
              <w:rPr>
                <w:sz w:val="20"/>
                <w:lang w:val="ru-RU"/>
              </w:rPr>
              <w:t xml:space="preserve">ФИО, телефон, </w:t>
            </w:r>
            <w:r>
              <w:rPr>
                <w:sz w:val="20"/>
              </w:rPr>
              <w:t>e</w:t>
            </w:r>
            <w:r w:rsidRPr="005745A4">
              <w:rPr>
                <w:sz w:val="20"/>
                <w:lang w:val="ru-RU"/>
              </w:rPr>
              <w:t>-</w:t>
            </w:r>
            <w:r>
              <w:rPr>
                <w:sz w:val="20"/>
              </w:rPr>
              <w:t>mail</w:t>
            </w:r>
            <w:r w:rsidRPr="005745A4">
              <w:rPr>
                <w:sz w:val="20"/>
                <w:lang w:val="ru-RU"/>
              </w:rPr>
              <w:t>, дата рождения, пол, полис ОМС, история посе</w:t>
            </w:r>
            <w:r w:rsidRPr="005745A4">
              <w:rPr>
                <w:sz w:val="20"/>
                <w:lang w:val="ru-RU"/>
              </w:rPr>
              <w:t xml:space="preserve">щений, результаты анализов, </w:t>
            </w:r>
            <w:r>
              <w:rPr>
                <w:sz w:val="20"/>
              </w:rPr>
              <w:t>push</w:t>
            </w:r>
            <w:r w:rsidRPr="005745A4">
              <w:rPr>
                <w:sz w:val="20"/>
                <w:lang w:val="ru-RU"/>
              </w:rPr>
              <w:t>-</w:t>
            </w:r>
            <w:proofErr w:type="spellStart"/>
            <w:r w:rsidRPr="005745A4">
              <w:rPr>
                <w:sz w:val="20"/>
                <w:lang w:val="ru-RU"/>
              </w:rPr>
              <w:t>токен</w:t>
            </w:r>
            <w:proofErr w:type="spellEnd"/>
            <w:r w:rsidRPr="005745A4">
              <w:rPr>
                <w:sz w:val="20"/>
                <w:lang w:val="ru-RU"/>
              </w:rPr>
              <w:t xml:space="preserve"> устройства</w:t>
            </w:r>
          </w:p>
        </w:tc>
        <w:tc>
          <w:tcPr>
            <w:tcW w:w="2150" w:type="dxa"/>
          </w:tcPr>
          <w:p w:rsidR="00E261D3" w:rsidRDefault="00214763" w:rsidP="00214763">
            <w:proofErr w:type="spellStart"/>
            <w:r>
              <w:rPr>
                <w:sz w:val="20"/>
              </w:rPr>
              <w:t>Мобильное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приложение</w:t>
            </w:r>
            <w:proofErr w:type="spellEnd"/>
            <w:r>
              <w:rPr>
                <w:sz w:val="20"/>
              </w:rPr>
              <w:t xml:space="preserve"> iOS/Android</w:t>
            </w:r>
          </w:p>
        </w:tc>
      </w:tr>
      <w:tr w:rsidR="00E261D3" w:rsidTr="002E09DC">
        <w:trPr>
          <w:jc w:val="center"/>
        </w:trPr>
        <w:tc>
          <w:tcPr>
            <w:tcW w:w="2243" w:type="dxa"/>
          </w:tcPr>
          <w:p w:rsidR="00E261D3" w:rsidRDefault="00214763" w:rsidP="00214763">
            <w:proofErr w:type="spellStart"/>
            <w:r>
              <w:rPr>
                <w:sz w:val="20"/>
              </w:rPr>
              <w:t>Посетители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Сайта</w:t>
            </w:r>
            <w:proofErr w:type="spellEnd"/>
          </w:p>
        </w:tc>
        <w:tc>
          <w:tcPr>
            <w:tcW w:w="4678" w:type="dxa"/>
          </w:tcPr>
          <w:p w:rsidR="00E261D3" w:rsidRPr="005745A4" w:rsidRDefault="00214763" w:rsidP="00214763">
            <w:pPr>
              <w:rPr>
                <w:lang w:val="ru-RU"/>
              </w:rPr>
            </w:pPr>
            <w:r>
              <w:rPr>
                <w:sz w:val="20"/>
              </w:rPr>
              <w:t>IP</w:t>
            </w:r>
            <w:r w:rsidRPr="005745A4">
              <w:rPr>
                <w:sz w:val="20"/>
                <w:lang w:val="ru-RU"/>
              </w:rPr>
              <w:t xml:space="preserve">-адрес, </w:t>
            </w:r>
            <w:r>
              <w:rPr>
                <w:sz w:val="20"/>
              </w:rPr>
              <w:t>cookie</w:t>
            </w:r>
            <w:r w:rsidRPr="005745A4">
              <w:rPr>
                <w:sz w:val="20"/>
                <w:lang w:val="ru-RU"/>
              </w:rPr>
              <w:t>-файлы, тип браузера, посещённые страницы, время визита</w:t>
            </w:r>
          </w:p>
        </w:tc>
        <w:tc>
          <w:tcPr>
            <w:tcW w:w="2150" w:type="dxa"/>
          </w:tcPr>
          <w:p w:rsidR="00E261D3" w:rsidRDefault="00214763" w:rsidP="00214763">
            <w:proofErr w:type="spellStart"/>
            <w:r>
              <w:rPr>
                <w:sz w:val="20"/>
              </w:rPr>
              <w:t>Сайт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автоматически</w:t>
            </w:r>
            <w:proofErr w:type="spellEnd"/>
            <w:r>
              <w:rPr>
                <w:sz w:val="20"/>
              </w:rPr>
              <w:t>)</w:t>
            </w:r>
          </w:p>
        </w:tc>
      </w:tr>
      <w:tr w:rsidR="00E261D3" w:rsidTr="002E09DC">
        <w:trPr>
          <w:jc w:val="center"/>
        </w:trPr>
        <w:tc>
          <w:tcPr>
            <w:tcW w:w="2243" w:type="dxa"/>
          </w:tcPr>
          <w:p w:rsidR="00E261D3" w:rsidRDefault="00214763" w:rsidP="00214763">
            <w:proofErr w:type="spellStart"/>
            <w:r>
              <w:rPr>
                <w:sz w:val="20"/>
              </w:rPr>
              <w:t>Работники</w:t>
            </w:r>
            <w:proofErr w:type="spellEnd"/>
          </w:p>
        </w:tc>
        <w:tc>
          <w:tcPr>
            <w:tcW w:w="4678" w:type="dxa"/>
          </w:tcPr>
          <w:p w:rsidR="00E261D3" w:rsidRPr="005745A4" w:rsidRDefault="00214763" w:rsidP="00214763">
            <w:pPr>
              <w:rPr>
                <w:lang w:val="ru-RU"/>
              </w:rPr>
            </w:pPr>
            <w:r w:rsidRPr="005745A4">
              <w:rPr>
                <w:sz w:val="20"/>
                <w:lang w:val="ru-RU"/>
              </w:rPr>
              <w:t xml:space="preserve">ФИО, дата рождения, паспортные данные, СНИЛС, ИНН, </w:t>
            </w:r>
            <w:r w:rsidRPr="005745A4">
              <w:rPr>
                <w:sz w:val="20"/>
                <w:lang w:val="ru-RU"/>
              </w:rPr>
              <w:t>образование, трудовой стаж, адрес, телефон, сведения о семье</w:t>
            </w:r>
          </w:p>
        </w:tc>
        <w:tc>
          <w:tcPr>
            <w:tcW w:w="2150" w:type="dxa"/>
          </w:tcPr>
          <w:p w:rsidR="00E261D3" w:rsidRDefault="00214763" w:rsidP="00214763">
            <w:proofErr w:type="spellStart"/>
            <w:r>
              <w:rPr>
                <w:sz w:val="20"/>
              </w:rPr>
              <w:t>Бумажные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кадровые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документы</w:t>
            </w:r>
            <w:proofErr w:type="spellEnd"/>
          </w:p>
        </w:tc>
      </w:tr>
      <w:tr w:rsidR="00E261D3" w:rsidTr="002E09DC">
        <w:trPr>
          <w:jc w:val="center"/>
        </w:trPr>
        <w:tc>
          <w:tcPr>
            <w:tcW w:w="2243" w:type="dxa"/>
          </w:tcPr>
          <w:p w:rsidR="00E261D3" w:rsidRDefault="00214763" w:rsidP="00214763">
            <w:proofErr w:type="spellStart"/>
            <w:r>
              <w:rPr>
                <w:sz w:val="20"/>
              </w:rPr>
              <w:t>Контрагенты</w:t>
            </w:r>
            <w:proofErr w:type="spellEnd"/>
          </w:p>
        </w:tc>
        <w:tc>
          <w:tcPr>
            <w:tcW w:w="4678" w:type="dxa"/>
          </w:tcPr>
          <w:p w:rsidR="00E261D3" w:rsidRPr="005745A4" w:rsidRDefault="00214763" w:rsidP="00214763">
            <w:pPr>
              <w:rPr>
                <w:lang w:val="ru-RU"/>
              </w:rPr>
            </w:pPr>
            <w:r w:rsidRPr="005745A4">
              <w:rPr>
                <w:sz w:val="20"/>
                <w:lang w:val="ru-RU"/>
              </w:rPr>
              <w:t xml:space="preserve">ФИО (представителя), должность, телефон, </w:t>
            </w:r>
            <w:r>
              <w:rPr>
                <w:sz w:val="20"/>
              </w:rPr>
              <w:t>e</w:t>
            </w:r>
            <w:r w:rsidRPr="005745A4">
              <w:rPr>
                <w:sz w:val="20"/>
                <w:lang w:val="ru-RU"/>
              </w:rPr>
              <w:t>-</w:t>
            </w:r>
            <w:r>
              <w:rPr>
                <w:sz w:val="20"/>
              </w:rPr>
              <w:t>mail</w:t>
            </w:r>
            <w:r w:rsidRPr="005745A4">
              <w:rPr>
                <w:sz w:val="20"/>
                <w:lang w:val="ru-RU"/>
              </w:rPr>
              <w:t>, наименование организации, ИНН, ОГРН</w:t>
            </w:r>
          </w:p>
        </w:tc>
        <w:tc>
          <w:tcPr>
            <w:tcW w:w="2150" w:type="dxa"/>
          </w:tcPr>
          <w:p w:rsidR="00E261D3" w:rsidRDefault="00214763" w:rsidP="00214763">
            <w:proofErr w:type="spellStart"/>
            <w:r>
              <w:rPr>
                <w:sz w:val="20"/>
              </w:rPr>
              <w:t>Договоры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накладные</w:t>
            </w:r>
            <w:proofErr w:type="spellEnd"/>
          </w:p>
        </w:tc>
      </w:tr>
      <w:tr w:rsidR="00E261D3" w:rsidTr="002E09DC">
        <w:trPr>
          <w:jc w:val="center"/>
        </w:trPr>
        <w:tc>
          <w:tcPr>
            <w:tcW w:w="2243" w:type="dxa"/>
          </w:tcPr>
          <w:p w:rsidR="00E261D3" w:rsidRDefault="00214763" w:rsidP="00214763">
            <w:r>
              <w:rPr>
                <w:sz w:val="20"/>
              </w:rPr>
              <w:t>Посетители (видеонаблюдение)</w:t>
            </w:r>
          </w:p>
        </w:tc>
        <w:tc>
          <w:tcPr>
            <w:tcW w:w="4678" w:type="dxa"/>
          </w:tcPr>
          <w:p w:rsidR="00E261D3" w:rsidRDefault="00214763" w:rsidP="00214763">
            <w:r>
              <w:rPr>
                <w:sz w:val="20"/>
              </w:rPr>
              <w:t xml:space="preserve">Изображение лица </w:t>
            </w:r>
            <w:r>
              <w:rPr>
                <w:sz w:val="20"/>
              </w:rPr>
              <w:t>(видеозапись)</w:t>
            </w:r>
          </w:p>
        </w:tc>
        <w:tc>
          <w:tcPr>
            <w:tcW w:w="2150" w:type="dxa"/>
          </w:tcPr>
          <w:p w:rsidR="00E261D3" w:rsidRDefault="00214763" w:rsidP="00214763">
            <w:r>
              <w:rPr>
                <w:sz w:val="20"/>
              </w:rPr>
              <w:t>Камеры Hikvision (13 шт.)</w:t>
            </w:r>
          </w:p>
        </w:tc>
      </w:tr>
    </w:tbl>
    <w:p w:rsidR="00E261D3" w:rsidRDefault="00214763" w:rsidP="00214763">
      <w:pPr>
        <w:spacing w:after="0" w:line="240" w:lineRule="auto"/>
        <w:jc w:val="both"/>
      </w:pPr>
      <w:r>
        <w:t>5.2. Категории обрабатываемых ПДн: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 xml:space="preserve">• Иные </w:t>
      </w:r>
      <w:proofErr w:type="spellStart"/>
      <w:r w:rsidRPr="005745A4">
        <w:rPr>
          <w:lang w:val="ru-RU"/>
        </w:rPr>
        <w:t>ПДн</w:t>
      </w:r>
      <w:proofErr w:type="spellEnd"/>
      <w:r w:rsidRPr="005745A4">
        <w:rPr>
          <w:lang w:val="ru-RU"/>
        </w:rPr>
        <w:t xml:space="preserve"> (ФИО, контактные данные, паспортные данные, сведения о трудовой деятельности и т.д.);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 xml:space="preserve">• Специальные категории </w:t>
      </w:r>
      <w:proofErr w:type="spellStart"/>
      <w:r w:rsidRPr="005745A4">
        <w:rPr>
          <w:lang w:val="ru-RU"/>
        </w:rPr>
        <w:t>ПДн</w:t>
      </w:r>
      <w:proofErr w:type="spellEnd"/>
      <w:r w:rsidRPr="005745A4">
        <w:rPr>
          <w:lang w:val="ru-RU"/>
        </w:rPr>
        <w:t xml:space="preserve"> (сведения о состоянии здоровья, медицинская тайна) — то</w:t>
      </w:r>
      <w:r w:rsidRPr="005745A4">
        <w:rPr>
          <w:lang w:val="ru-RU"/>
        </w:rPr>
        <w:t>лько в связи с оказанием медицинских услуг;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 xml:space="preserve">• </w:t>
      </w:r>
      <w:proofErr w:type="spellStart"/>
      <w:r w:rsidRPr="005745A4">
        <w:rPr>
          <w:lang w:val="ru-RU"/>
        </w:rPr>
        <w:t>ПДн</w:t>
      </w:r>
      <w:proofErr w:type="spellEnd"/>
      <w:r w:rsidRPr="005745A4">
        <w:rPr>
          <w:lang w:val="ru-RU"/>
        </w:rPr>
        <w:t>, разрешённые к распространению субъектом (изображение в видеонаблюдении — с согласия субъекта).</w:t>
      </w:r>
    </w:p>
    <w:p w:rsidR="00E261D3" w:rsidRPr="005745A4" w:rsidRDefault="00214763" w:rsidP="00214763">
      <w:pPr>
        <w:spacing w:before="240" w:after="0" w:line="240" w:lineRule="auto"/>
        <w:rPr>
          <w:lang w:val="ru-RU"/>
        </w:rPr>
      </w:pPr>
      <w:r w:rsidRPr="005745A4">
        <w:rPr>
          <w:b/>
          <w:sz w:val="28"/>
          <w:lang w:val="ru-RU"/>
        </w:rPr>
        <w:t>6. Порядок и условия обработки персональных данных через Сайт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>6.1. На Сайте Оператора (</w:t>
      </w:r>
      <w:proofErr w:type="spellStart"/>
      <w:r>
        <w:t>diamed</w:t>
      </w:r>
      <w:r>
        <w:t>kinel</w:t>
      </w:r>
      <w:proofErr w:type="spellEnd"/>
      <w:r w:rsidRPr="005745A4">
        <w:rPr>
          <w:lang w:val="ru-RU"/>
        </w:rPr>
        <w:t>.</w:t>
      </w:r>
      <w:proofErr w:type="spellStart"/>
      <w:r>
        <w:t>ru</w:t>
      </w:r>
      <w:proofErr w:type="spellEnd"/>
      <w:r w:rsidRPr="005745A4">
        <w:rPr>
          <w:lang w:val="ru-RU"/>
        </w:rPr>
        <w:t xml:space="preserve">) </w:t>
      </w:r>
      <w:r w:rsidRPr="005745A4">
        <w:rPr>
          <w:lang w:val="ru-RU"/>
        </w:rPr>
        <w:t xml:space="preserve">размещена электронная форма онлайн-записи на приём к врачу. Заполняя форму, пользователь </w:t>
      </w:r>
      <w:r w:rsidRPr="005745A4">
        <w:rPr>
          <w:lang w:val="ru-RU"/>
        </w:rPr>
        <w:t xml:space="preserve">предоставляет следующие </w:t>
      </w:r>
      <w:proofErr w:type="spellStart"/>
      <w:r w:rsidRPr="005745A4">
        <w:rPr>
          <w:lang w:val="ru-RU"/>
        </w:rPr>
        <w:t>ПДн</w:t>
      </w:r>
      <w:proofErr w:type="spellEnd"/>
      <w:r w:rsidRPr="005745A4">
        <w:rPr>
          <w:lang w:val="ru-RU"/>
        </w:rPr>
        <w:t xml:space="preserve">: ФИО, номер телефона, дата рождения, </w:t>
      </w:r>
      <w:r>
        <w:t>e</w:t>
      </w:r>
      <w:r w:rsidRPr="005745A4">
        <w:rPr>
          <w:lang w:val="ru-RU"/>
        </w:rPr>
        <w:t>-</w:t>
      </w:r>
      <w:r>
        <w:t>mail</w:t>
      </w:r>
      <w:r w:rsidRPr="005745A4">
        <w:rPr>
          <w:lang w:val="ru-RU"/>
        </w:rPr>
        <w:t xml:space="preserve"> (по желанию), специальность врача, желаемая дата и время приёма.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>6.2. Перед отправк</w:t>
      </w:r>
      <w:r w:rsidRPr="005745A4">
        <w:rPr>
          <w:lang w:val="ru-RU"/>
        </w:rPr>
        <w:t>ой формы пользователь обязан установить отметку (проставить «галочку») в поле «Я ознакомлен(а) с Политикой обработки персональных данных и даю согласие на их обработку». Без проставления указанной отметки отправка формы невозможна.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>6.3. Передача данных меж</w:t>
      </w:r>
      <w:r w:rsidRPr="005745A4">
        <w:rPr>
          <w:lang w:val="ru-RU"/>
        </w:rPr>
        <w:t xml:space="preserve">ду Сайтом и сервером осуществляется по защищённому протоколу </w:t>
      </w:r>
      <w:r>
        <w:t>HTTPS</w:t>
      </w:r>
      <w:r w:rsidRPr="005745A4">
        <w:rPr>
          <w:lang w:val="ru-RU"/>
        </w:rPr>
        <w:t>/</w:t>
      </w:r>
      <w:r>
        <w:t>TLS</w:t>
      </w:r>
      <w:r w:rsidRPr="005745A4">
        <w:rPr>
          <w:lang w:val="ru-RU"/>
        </w:rPr>
        <w:t xml:space="preserve">. Сертификат </w:t>
      </w:r>
      <w:r>
        <w:t>TLS</w:t>
      </w:r>
      <w:r w:rsidRPr="005745A4">
        <w:rPr>
          <w:lang w:val="ru-RU"/>
        </w:rPr>
        <w:t xml:space="preserve"> обеспечивает шифрование данных при передаче.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 xml:space="preserve">6.4. Данные, полученные через форму онлайн-записи, передаются в МИС </w:t>
      </w:r>
      <w:r>
        <w:t>SQNS</w:t>
      </w:r>
      <w:r w:rsidRPr="005745A4">
        <w:rPr>
          <w:lang w:val="ru-RU"/>
        </w:rPr>
        <w:t xml:space="preserve"> и используются для создания записи на приём. По зав</w:t>
      </w:r>
      <w:r w:rsidRPr="005745A4">
        <w:rPr>
          <w:lang w:val="ru-RU"/>
        </w:rPr>
        <w:t>ершении приёма данные пациента интегрируются в медицинскую карту в соответствии с ФЗ № 323-ФЗ.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 xml:space="preserve">6.5. Сайт использует файлы </w:t>
      </w:r>
      <w:r>
        <w:t>cookie</w:t>
      </w:r>
      <w:r w:rsidRPr="005745A4">
        <w:rPr>
          <w:lang w:val="ru-RU"/>
        </w:rPr>
        <w:t xml:space="preserve"> для обеспечения корректной работы форм, аналитики посещаемости и улучшения пользовательского опыта. При первом посещении Сайта </w:t>
      </w:r>
      <w:r w:rsidRPr="005745A4">
        <w:rPr>
          <w:lang w:val="ru-RU"/>
        </w:rPr>
        <w:t xml:space="preserve">пользователю отображается баннер с уведомлением об использовании </w:t>
      </w:r>
      <w:r>
        <w:t>cookie</w:t>
      </w:r>
      <w:r w:rsidRPr="005745A4">
        <w:rPr>
          <w:lang w:val="ru-RU"/>
        </w:rPr>
        <w:t xml:space="preserve">. Пользователь может отказаться от использования </w:t>
      </w:r>
      <w:r>
        <w:t>cookie</w:t>
      </w:r>
      <w:r w:rsidRPr="005745A4">
        <w:rPr>
          <w:lang w:val="ru-RU"/>
        </w:rPr>
        <w:t>, настроив соответствующим образом браузер, однако в этом случае некоторые функции Сайта могут быть недоступны.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>6.6. Оператор не о</w:t>
      </w:r>
      <w:r w:rsidRPr="005745A4">
        <w:rPr>
          <w:lang w:val="ru-RU"/>
        </w:rPr>
        <w:t xml:space="preserve">существляет автоматическую обработку </w:t>
      </w:r>
      <w:proofErr w:type="spellStart"/>
      <w:r w:rsidRPr="005745A4">
        <w:rPr>
          <w:lang w:val="ru-RU"/>
        </w:rPr>
        <w:t>ПДн</w:t>
      </w:r>
      <w:proofErr w:type="spellEnd"/>
      <w:r w:rsidRPr="005745A4">
        <w:rPr>
          <w:lang w:val="ru-RU"/>
        </w:rPr>
        <w:t xml:space="preserve">, полученных через Сайт, за исключением автоматического создания записи на приём в МИС </w:t>
      </w:r>
      <w:r>
        <w:t>SQNS</w:t>
      </w:r>
      <w:r w:rsidRPr="005745A4">
        <w:rPr>
          <w:lang w:val="ru-RU"/>
        </w:rPr>
        <w:t xml:space="preserve"> и отправки подтверждающего СМС-сообщения.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 xml:space="preserve">6.7. </w:t>
      </w:r>
      <w:r>
        <w:t>IP</w:t>
      </w:r>
      <w:r w:rsidRPr="005745A4">
        <w:rPr>
          <w:lang w:val="ru-RU"/>
        </w:rPr>
        <w:t>-адреса пользователей, посещавших Сайт, сохраняются в лог-файлах сервера ср</w:t>
      </w:r>
      <w:r w:rsidRPr="005745A4">
        <w:rPr>
          <w:lang w:val="ru-RU"/>
        </w:rPr>
        <w:t>оком до 30 суток и используются исключительно для обеспечения безопасности и расследования инцидентов.</w:t>
      </w:r>
    </w:p>
    <w:p w:rsidR="00E261D3" w:rsidRPr="005745A4" w:rsidRDefault="00214763" w:rsidP="00214763">
      <w:pPr>
        <w:spacing w:before="240" w:after="0" w:line="240" w:lineRule="auto"/>
        <w:rPr>
          <w:lang w:val="ru-RU"/>
        </w:rPr>
      </w:pPr>
      <w:r w:rsidRPr="005745A4">
        <w:rPr>
          <w:b/>
          <w:sz w:val="28"/>
          <w:lang w:val="ru-RU"/>
        </w:rPr>
        <w:t>7. Порядок и условия обработки персональных данных через мобильное приложение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lastRenderedPageBreak/>
        <w:t xml:space="preserve">7.1. Оператор предоставляет пациентам мобильное Приложение для </w:t>
      </w:r>
      <w:r>
        <w:t>iOS</w:t>
      </w:r>
      <w:r w:rsidRPr="005745A4">
        <w:rPr>
          <w:lang w:val="ru-RU"/>
        </w:rPr>
        <w:t xml:space="preserve"> и </w:t>
      </w:r>
      <w:r>
        <w:t>Androi</w:t>
      </w:r>
      <w:r>
        <w:t>d</w:t>
      </w:r>
      <w:r w:rsidRPr="005745A4">
        <w:rPr>
          <w:lang w:val="ru-RU"/>
        </w:rPr>
        <w:t xml:space="preserve">, доступное для загрузки в </w:t>
      </w:r>
      <w:r>
        <w:t>App</w:t>
      </w:r>
      <w:r w:rsidRPr="005745A4">
        <w:rPr>
          <w:lang w:val="ru-RU"/>
        </w:rPr>
        <w:t xml:space="preserve"> </w:t>
      </w:r>
      <w:r>
        <w:t>Store</w:t>
      </w:r>
      <w:r w:rsidRPr="005745A4">
        <w:rPr>
          <w:lang w:val="ru-RU"/>
        </w:rPr>
        <w:t xml:space="preserve"> и </w:t>
      </w:r>
      <w:r>
        <w:t>Google</w:t>
      </w:r>
      <w:r w:rsidRPr="005745A4">
        <w:rPr>
          <w:lang w:val="ru-RU"/>
        </w:rPr>
        <w:t xml:space="preserve"> </w:t>
      </w:r>
      <w:r>
        <w:t>Play</w:t>
      </w:r>
      <w:r w:rsidRPr="005745A4">
        <w:rPr>
          <w:lang w:val="ru-RU"/>
        </w:rPr>
        <w:t>. Приложение позволяет пациентам осуществлять электронную запись на приём, просматривать результаты анализов, получать напоминания и уведомления.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>7.2. При первом запуске Приложения пользователю отображаетс</w:t>
      </w:r>
      <w:r w:rsidRPr="005745A4">
        <w:rPr>
          <w:lang w:val="ru-RU"/>
        </w:rPr>
        <w:t xml:space="preserve">я текст соглашения об обработке </w:t>
      </w:r>
      <w:proofErr w:type="spellStart"/>
      <w:r w:rsidRPr="005745A4">
        <w:rPr>
          <w:lang w:val="ru-RU"/>
        </w:rPr>
        <w:t>ПДн</w:t>
      </w:r>
      <w:proofErr w:type="spellEnd"/>
      <w:r w:rsidRPr="005745A4">
        <w:rPr>
          <w:lang w:val="ru-RU"/>
        </w:rPr>
        <w:t>. Пользователь должен нажать кнопку «Принять» / «Согласен» для продолжения работы с Приложением. При отказе доступ к функциям Приложения не предоставляется.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>7.3. Для регистрации в Приложении пользователь указывает: ФИО, н</w:t>
      </w:r>
      <w:r w:rsidRPr="005745A4">
        <w:rPr>
          <w:lang w:val="ru-RU"/>
        </w:rPr>
        <w:t>омер телефона, дату рождения. Подтверждение номера телефона осуществляется путём ввода кода из СМС (верификация).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 xml:space="preserve">7.4. В Приложении обрабатываются следующие </w:t>
      </w:r>
      <w:proofErr w:type="spellStart"/>
      <w:r w:rsidRPr="005745A4">
        <w:rPr>
          <w:lang w:val="ru-RU"/>
        </w:rPr>
        <w:t>ПДн</w:t>
      </w:r>
      <w:proofErr w:type="spellEnd"/>
      <w:r w:rsidRPr="005745A4">
        <w:rPr>
          <w:lang w:val="ru-RU"/>
        </w:rPr>
        <w:t>: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 xml:space="preserve">• ФИО, дата рождения, пол, номер телефона, </w:t>
      </w:r>
      <w:r>
        <w:t>e</w:t>
      </w:r>
      <w:r w:rsidRPr="005745A4">
        <w:rPr>
          <w:lang w:val="ru-RU"/>
        </w:rPr>
        <w:t>-</w:t>
      </w:r>
      <w:r>
        <w:t>mail</w:t>
      </w:r>
      <w:r w:rsidRPr="005745A4">
        <w:rPr>
          <w:lang w:val="ru-RU"/>
        </w:rPr>
        <w:t>;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>• Номер полиса ОМС/ДМС;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>• История записей н</w:t>
      </w:r>
      <w:r w:rsidRPr="005745A4">
        <w:rPr>
          <w:lang w:val="ru-RU"/>
        </w:rPr>
        <w:t>а приём и результатов посещений;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 xml:space="preserve">• </w:t>
      </w:r>
      <w:r>
        <w:t>Push</w:t>
      </w:r>
      <w:r w:rsidRPr="005745A4">
        <w:rPr>
          <w:lang w:val="ru-RU"/>
        </w:rPr>
        <w:t>-</w:t>
      </w:r>
      <w:proofErr w:type="spellStart"/>
      <w:r w:rsidRPr="005745A4">
        <w:rPr>
          <w:lang w:val="ru-RU"/>
        </w:rPr>
        <w:t>токен</w:t>
      </w:r>
      <w:proofErr w:type="spellEnd"/>
      <w:r w:rsidRPr="005745A4">
        <w:rPr>
          <w:lang w:val="ru-RU"/>
        </w:rPr>
        <w:t xml:space="preserve"> устройства (для отправки уведомлений);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>• Технические данные: модель устройства, версия ОС, идентификатор устройства (в обезличенном виде).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>7.5. Передача данных между Приложением и сервером осуществляется по защ</w:t>
      </w:r>
      <w:r w:rsidRPr="005745A4">
        <w:rPr>
          <w:lang w:val="ru-RU"/>
        </w:rPr>
        <w:t xml:space="preserve">ищённому протоколу </w:t>
      </w:r>
      <w:r>
        <w:t>HTTPS</w:t>
      </w:r>
      <w:r w:rsidRPr="005745A4">
        <w:rPr>
          <w:lang w:val="ru-RU"/>
        </w:rPr>
        <w:t>/</w:t>
      </w:r>
      <w:r>
        <w:t>TLS</w:t>
      </w:r>
      <w:r w:rsidRPr="005745A4">
        <w:rPr>
          <w:lang w:val="ru-RU"/>
        </w:rPr>
        <w:t>. Авторизация в Приложении осуществляется по логину (номеру телефона) и паролю / одноразовому коду.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 xml:space="preserve">7.6. Пользователь может в любой момент отключить </w:t>
      </w:r>
      <w:r>
        <w:t>push</w:t>
      </w:r>
      <w:r w:rsidRPr="005745A4">
        <w:rPr>
          <w:lang w:val="ru-RU"/>
        </w:rPr>
        <w:t xml:space="preserve">-уведомления в настройках Приложения или в настройках операционной системы </w:t>
      </w:r>
      <w:r w:rsidRPr="005745A4">
        <w:rPr>
          <w:lang w:val="ru-RU"/>
        </w:rPr>
        <w:t>устройства.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>7.7. Приложение не осуществляет сбор данных о местоположении пользователя (</w:t>
      </w:r>
      <w:proofErr w:type="spellStart"/>
      <w:r w:rsidRPr="005745A4">
        <w:rPr>
          <w:lang w:val="ru-RU"/>
        </w:rPr>
        <w:t>геолокация</w:t>
      </w:r>
      <w:proofErr w:type="spellEnd"/>
      <w:r w:rsidRPr="005745A4">
        <w:rPr>
          <w:lang w:val="ru-RU"/>
        </w:rPr>
        <w:t>). Приложение не имеет доступа к контактам, фотографиям и иным данным устройства, не относящимся к его функционированию.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>7.8. При удалении Приложения пользоват</w:t>
      </w:r>
      <w:r w:rsidRPr="005745A4">
        <w:rPr>
          <w:lang w:val="ru-RU"/>
        </w:rPr>
        <w:t xml:space="preserve">елем </w:t>
      </w:r>
      <w:r>
        <w:t>push</w:t>
      </w:r>
      <w:r w:rsidRPr="005745A4">
        <w:rPr>
          <w:lang w:val="ru-RU"/>
        </w:rPr>
        <w:t>-</w:t>
      </w:r>
      <w:proofErr w:type="spellStart"/>
      <w:r w:rsidRPr="005745A4">
        <w:rPr>
          <w:lang w:val="ru-RU"/>
        </w:rPr>
        <w:t>токен</w:t>
      </w:r>
      <w:proofErr w:type="spellEnd"/>
      <w:r w:rsidRPr="005745A4">
        <w:rPr>
          <w:lang w:val="ru-RU"/>
        </w:rPr>
        <w:t xml:space="preserve"> аннулируется. </w:t>
      </w:r>
      <w:proofErr w:type="spellStart"/>
      <w:r w:rsidRPr="005745A4">
        <w:rPr>
          <w:lang w:val="ru-RU"/>
        </w:rPr>
        <w:t>ПДн</w:t>
      </w:r>
      <w:proofErr w:type="spellEnd"/>
      <w:r w:rsidRPr="005745A4">
        <w:rPr>
          <w:lang w:val="ru-RU"/>
        </w:rPr>
        <w:t xml:space="preserve"> пользователя сохраняются на сервере Оператора в МИС </w:t>
      </w:r>
      <w:r>
        <w:t>SQNS</w:t>
      </w:r>
      <w:r w:rsidRPr="005745A4">
        <w:rPr>
          <w:lang w:val="ru-RU"/>
        </w:rPr>
        <w:t xml:space="preserve"> до истечения срока хранения, установленного законодательством, или до отзыва согласия.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>7.9. Приложение может собирать анонимную телеметрию (статистика сбоев, время з</w:t>
      </w:r>
      <w:r w:rsidRPr="005745A4">
        <w:rPr>
          <w:lang w:val="ru-RU"/>
        </w:rPr>
        <w:t>апуска) для улучшения работы. Телеметрия не позволяет идентифицировать пользователя.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 xml:space="preserve">7.10. В случае обновления Приложения пользователь уведомляется об изменениях в условиях обработки </w:t>
      </w:r>
      <w:proofErr w:type="spellStart"/>
      <w:r w:rsidRPr="005745A4">
        <w:rPr>
          <w:lang w:val="ru-RU"/>
        </w:rPr>
        <w:t>ПДн</w:t>
      </w:r>
      <w:proofErr w:type="spellEnd"/>
      <w:r w:rsidRPr="005745A4">
        <w:rPr>
          <w:lang w:val="ru-RU"/>
        </w:rPr>
        <w:t xml:space="preserve"> при первом запуске после обновления.</w:t>
      </w:r>
    </w:p>
    <w:p w:rsidR="00E261D3" w:rsidRPr="005745A4" w:rsidRDefault="00214763" w:rsidP="00214763">
      <w:pPr>
        <w:spacing w:before="240" w:after="0" w:line="240" w:lineRule="auto"/>
        <w:rPr>
          <w:lang w:val="ru-RU"/>
        </w:rPr>
      </w:pPr>
      <w:r w:rsidRPr="005745A4">
        <w:rPr>
          <w:b/>
          <w:sz w:val="28"/>
          <w:lang w:val="ru-RU"/>
        </w:rPr>
        <w:t>8. Общие условия обработки и хра</w:t>
      </w:r>
      <w:r w:rsidRPr="005745A4">
        <w:rPr>
          <w:b/>
          <w:sz w:val="28"/>
          <w:lang w:val="ru-RU"/>
        </w:rPr>
        <w:t>нения персональных данных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 xml:space="preserve">8.1. Обработка </w:t>
      </w:r>
      <w:proofErr w:type="spellStart"/>
      <w:r w:rsidRPr="005745A4">
        <w:rPr>
          <w:lang w:val="ru-RU"/>
        </w:rPr>
        <w:t>ПДн</w:t>
      </w:r>
      <w:proofErr w:type="spellEnd"/>
      <w:r w:rsidRPr="005745A4">
        <w:rPr>
          <w:lang w:val="ru-RU"/>
        </w:rPr>
        <w:t xml:space="preserve"> осуществляется с использованием средств автоматизации (МИС </w:t>
      </w:r>
      <w:r>
        <w:t>SQNS</w:t>
      </w:r>
      <w:r w:rsidRPr="005745A4">
        <w:rPr>
          <w:lang w:val="ru-RU"/>
        </w:rPr>
        <w:t>, ЛИС, ЕГИСЗ) и без использования средств автоматизации (бумажные медицинские карты, журналы, договоры).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 xml:space="preserve">8.2. Хранение </w:t>
      </w:r>
      <w:proofErr w:type="spellStart"/>
      <w:r w:rsidRPr="005745A4">
        <w:rPr>
          <w:lang w:val="ru-RU"/>
        </w:rPr>
        <w:t>ПДн</w:t>
      </w:r>
      <w:proofErr w:type="spellEnd"/>
      <w:r w:rsidRPr="005745A4">
        <w:rPr>
          <w:lang w:val="ru-RU"/>
        </w:rPr>
        <w:t xml:space="preserve"> осуществляется на террито</w:t>
      </w:r>
      <w:r w:rsidRPr="005745A4">
        <w:rPr>
          <w:lang w:val="ru-RU"/>
        </w:rPr>
        <w:t xml:space="preserve">рии Российской Федерации. Серверная инфраструктура МИС </w:t>
      </w:r>
      <w:r>
        <w:t>SQNS</w:t>
      </w:r>
      <w:r w:rsidRPr="005745A4">
        <w:rPr>
          <w:lang w:val="ru-RU"/>
        </w:rPr>
        <w:t xml:space="preserve"> размещена в дата-центре на территории РФ (</w:t>
      </w:r>
      <w:proofErr w:type="spellStart"/>
      <w:r w:rsidRPr="005745A4">
        <w:rPr>
          <w:lang w:val="ru-RU"/>
        </w:rPr>
        <w:t>предоставитель</w:t>
      </w:r>
      <w:proofErr w:type="spellEnd"/>
      <w:r w:rsidRPr="005745A4">
        <w:rPr>
          <w:lang w:val="ru-RU"/>
        </w:rPr>
        <w:t xml:space="preserve"> — ООО «СКАНД»).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 xml:space="preserve">8.3. Сроки хранения </w:t>
      </w:r>
      <w:proofErr w:type="spellStart"/>
      <w:r w:rsidRPr="005745A4">
        <w:rPr>
          <w:lang w:val="ru-RU"/>
        </w:rPr>
        <w:t>ПДн</w:t>
      </w:r>
      <w:proofErr w:type="spellEnd"/>
      <w:r w:rsidRPr="005745A4">
        <w:rPr>
          <w:lang w:val="ru-RU"/>
        </w:rPr>
        <w:t xml:space="preserve"> определяются в соответствии с законодательством: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3402"/>
        <w:gridCol w:w="2835"/>
      </w:tblGrid>
      <w:tr w:rsidR="00E261D3">
        <w:trPr>
          <w:jc w:val="center"/>
        </w:trPr>
        <w:tc>
          <w:tcPr>
            <w:tcW w:w="2835" w:type="dxa"/>
          </w:tcPr>
          <w:p w:rsidR="00E261D3" w:rsidRDefault="00214763" w:rsidP="00214763">
            <w:pPr>
              <w:jc w:val="center"/>
            </w:pPr>
            <w:proofErr w:type="spellStart"/>
            <w:r>
              <w:rPr>
                <w:b/>
                <w:sz w:val="20"/>
              </w:rPr>
              <w:t>Категория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ПДн</w:t>
            </w:r>
            <w:proofErr w:type="spellEnd"/>
          </w:p>
        </w:tc>
        <w:tc>
          <w:tcPr>
            <w:tcW w:w="3402" w:type="dxa"/>
          </w:tcPr>
          <w:p w:rsidR="00E261D3" w:rsidRDefault="00214763" w:rsidP="00214763">
            <w:pPr>
              <w:jc w:val="center"/>
            </w:pPr>
            <w:r>
              <w:rPr>
                <w:b/>
                <w:sz w:val="20"/>
              </w:rPr>
              <w:t>Срок хранения</w:t>
            </w:r>
          </w:p>
        </w:tc>
        <w:tc>
          <w:tcPr>
            <w:tcW w:w="2835" w:type="dxa"/>
          </w:tcPr>
          <w:p w:rsidR="00E261D3" w:rsidRDefault="00214763" w:rsidP="00214763">
            <w:pPr>
              <w:jc w:val="center"/>
            </w:pPr>
            <w:r>
              <w:rPr>
                <w:b/>
                <w:sz w:val="20"/>
              </w:rPr>
              <w:t>Основание</w:t>
            </w:r>
          </w:p>
        </w:tc>
      </w:tr>
      <w:tr w:rsidR="00E261D3" w:rsidRPr="005745A4">
        <w:trPr>
          <w:jc w:val="center"/>
        </w:trPr>
        <w:tc>
          <w:tcPr>
            <w:tcW w:w="2835" w:type="dxa"/>
          </w:tcPr>
          <w:p w:rsidR="00E261D3" w:rsidRDefault="00214763" w:rsidP="00214763">
            <w:r>
              <w:rPr>
                <w:sz w:val="20"/>
              </w:rPr>
              <w:t>Медицинская</w:t>
            </w:r>
            <w:r>
              <w:rPr>
                <w:sz w:val="20"/>
              </w:rPr>
              <w:t xml:space="preserve"> карта пациента</w:t>
            </w:r>
          </w:p>
        </w:tc>
        <w:tc>
          <w:tcPr>
            <w:tcW w:w="3402" w:type="dxa"/>
          </w:tcPr>
          <w:p w:rsidR="00E261D3" w:rsidRPr="005745A4" w:rsidRDefault="00214763" w:rsidP="00214763">
            <w:pPr>
              <w:rPr>
                <w:lang w:val="ru-RU"/>
              </w:rPr>
            </w:pPr>
            <w:r w:rsidRPr="005745A4">
              <w:rPr>
                <w:sz w:val="20"/>
                <w:lang w:val="ru-RU"/>
              </w:rPr>
              <w:t>Не менее 5 лет с момента последнего обращения</w:t>
            </w:r>
          </w:p>
        </w:tc>
        <w:tc>
          <w:tcPr>
            <w:tcW w:w="2835" w:type="dxa"/>
          </w:tcPr>
          <w:p w:rsidR="00E261D3" w:rsidRPr="005745A4" w:rsidRDefault="00214763" w:rsidP="00214763">
            <w:pPr>
              <w:rPr>
                <w:lang w:val="ru-RU"/>
              </w:rPr>
            </w:pPr>
            <w:r w:rsidRPr="005745A4">
              <w:rPr>
                <w:sz w:val="20"/>
                <w:lang w:val="ru-RU"/>
              </w:rPr>
              <w:t>Приказ Минздрава РФ от 31.07.2020 № 785н</w:t>
            </w:r>
          </w:p>
        </w:tc>
      </w:tr>
      <w:tr w:rsidR="00E261D3" w:rsidRPr="005745A4">
        <w:trPr>
          <w:jc w:val="center"/>
        </w:trPr>
        <w:tc>
          <w:tcPr>
            <w:tcW w:w="2835" w:type="dxa"/>
          </w:tcPr>
          <w:p w:rsidR="00E261D3" w:rsidRDefault="00214763" w:rsidP="00214763">
            <w:proofErr w:type="spellStart"/>
            <w:r>
              <w:rPr>
                <w:sz w:val="20"/>
              </w:rPr>
              <w:t>Личные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дела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работников</w:t>
            </w:r>
            <w:proofErr w:type="spellEnd"/>
          </w:p>
        </w:tc>
        <w:tc>
          <w:tcPr>
            <w:tcW w:w="3402" w:type="dxa"/>
          </w:tcPr>
          <w:p w:rsidR="00E261D3" w:rsidRDefault="00214763" w:rsidP="00214763">
            <w:r>
              <w:rPr>
                <w:sz w:val="20"/>
              </w:rPr>
              <w:t>75 лет</w:t>
            </w:r>
          </w:p>
        </w:tc>
        <w:tc>
          <w:tcPr>
            <w:tcW w:w="2835" w:type="dxa"/>
          </w:tcPr>
          <w:p w:rsidR="00E261D3" w:rsidRPr="005745A4" w:rsidRDefault="00214763" w:rsidP="00214763">
            <w:pPr>
              <w:rPr>
                <w:lang w:val="ru-RU"/>
              </w:rPr>
            </w:pPr>
            <w:r w:rsidRPr="005745A4">
              <w:rPr>
                <w:sz w:val="20"/>
                <w:lang w:val="ru-RU"/>
              </w:rPr>
              <w:t xml:space="preserve">Перечень типовых документов (Приказ </w:t>
            </w:r>
            <w:proofErr w:type="spellStart"/>
            <w:r w:rsidRPr="005745A4">
              <w:rPr>
                <w:sz w:val="20"/>
                <w:lang w:val="ru-RU"/>
              </w:rPr>
              <w:t>Росархива</w:t>
            </w:r>
            <w:proofErr w:type="spellEnd"/>
            <w:r w:rsidRPr="005745A4">
              <w:rPr>
                <w:sz w:val="20"/>
                <w:lang w:val="ru-RU"/>
              </w:rPr>
              <w:t>)</w:t>
            </w:r>
          </w:p>
        </w:tc>
      </w:tr>
      <w:tr w:rsidR="00E261D3" w:rsidRPr="005745A4">
        <w:trPr>
          <w:jc w:val="center"/>
        </w:trPr>
        <w:tc>
          <w:tcPr>
            <w:tcW w:w="2835" w:type="dxa"/>
          </w:tcPr>
          <w:p w:rsidR="00E261D3" w:rsidRPr="005745A4" w:rsidRDefault="00214763" w:rsidP="00214763">
            <w:pPr>
              <w:rPr>
                <w:lang w:val="ru-RU"/>
              </w:rPr>
            </w:pPr>
            <w:r w:rsidRPr="005745A4">
              <w:rPr>
                <w:sz w:val="20"/>
                <w:lang w:val="ru-RU"/>
              </w:rPr>
              <w:t>Договоры и первичные учётные документы</w:t>
            </w:r>
          </w:p>
        </w:tc>
        <w:tc>
          <w:tcPr>
            <w:tcW w:w="3402" w:type="dxa"/>
          </w:tcPr>
          <w:p w:rsidR="00E261D3" w:rsidRDefault="00214763" w:rsidP="00214763">
            <w:proofErr w:type="spellStart"/>
            <w:r>
              <w:rPr>
                <w:sz w:val="20"/>
              </w:rPr>
              <w:t>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менее</w:t>
            </w:r>
            <w:proofErr w:type="spellEnd"/>
            <w:r>
              <w:rPr>
                <w:sz w:val="20"/>
              </w:rPr>
              <w:t xml:space="preserve"> 5 </w:t>
            </w:r>
            <w:proofErr w:type="spellStart"/>
            <w:r>
              <w:rPr>
                <w:sz w:val="20"/>
              </w:rPr>
              <w:t>лет</w:t>
            </w:r>
            <w:proofErr w:type="spellEnd"/>
          </w:p>
        </w:tc>
        <w:tc>
          <w:tcPr>
            <w:tcW w:w="2835" w:type="dxa"/>
          </w:tcPr>
          <w:p w:rsidR="00E261D3" w:rsidRPr="005745A4" w:rsidRDefault="00214763" w:rsidP="00214763">
            <w:pPr>
              <w:rPr>
                <w:lang w:val="ru-RU"/>
              </w:rPr>
            </w:pPr>
            <w:r w:rsidRPr="005745A4">
              <w:rPr>
                <w:sz w:val="20"/>
                <w:lang w:val="ru-RU"/>
              </w:rPr>
              <w:t>Налоговый кодекс РФ,</w:t>
            </w:r>
            <w:r w:rsidRPr="005745A4">
              <w:rPr>
                <w:sz w:val="20"/>
                <w:lang w:val="ru-RU"/>
              </w:rPr>
              <w:t xml:space="preserve"> ФЗ № 402-ФЗ</w:t>
            </w:r>
          </w:p>
        </w:tc>
      </w:tr>
      <w:tr w:rsidR="00E261D3">
        <w:trPr>
          <w:jc w:val="center"/>
        </w:trPr>
        <w:tc>
          <w:tcPr>
            <w:tcW w:w="2835" w:type="dxa"/>
          </w:tcPr>
          <w:p w:rsidR="00E261D3" w:rsidRDefault="00214763" w:rsidP="00214763">
            <w:proofErr w:type="spellStart"/>
            <w:r>
              <w:rPr>
                <w:sz w:val="20"/>
              </w:rPr>
              <w:t>Видеозаписи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камер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наблюдения</w:t>
            </w:r>
            <w:proofErr w:type="spellEnd"/>
          </w:p>
        </w:tc>
        <w:tc>
          <w:tcPr>
            <w:tcW w:w="3402" w:type="dxa"/>
          </w:tcPr>
          <w:p w:rsidR="00E261D3" w:rsidRPr="005745A4" w:rsidRDefault="00214763" w:rsidP="00214763">
            <w:pPr>
              <w:rPr>
                <w:lang w:val="ru-RU"/>
              </w:rPr>
            </w:pPr>
            <w:r w:rsidRPr="005745A4">
              <w:rPr>
                <w:sz w:val="20"/>
                <w:lang w:val="ru-RU"/>
              </w:rPr>
              <w:t>Не более 30 суток с момента записи</w:t>
            </w:r>
          </w:p>
        </w:tc>
        <w:tc>
          <w:tcPr>
            <w:tcW w:w="2835" w:type="dxa"/>
          </w:tcPr>
          <w:p w:rsidR="00E261D3" w:rsidRDefault="00214763" w:rsidP="00214763">
            <w:proofErr w:type="spellStart"/>
            <w:r>
              <w:rPr>
                <w:sz w:val="20"/>
              </w:rPr>
              <w:t>Постановление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Правительства</w:t>
            </w:r>
            <w:proofErr w:type="spellEnd"/>
            <w:r>
              <w:rPr>
                <w:sz w:val="20"/>
              </w:rPr>
              <w:t xml:space="preserve"> РФ </w:t>
            </w:r>
            <w:proofErr w:type="spellStart"/>
            <w:r>
              <w:rPr>
                <w:sz w:val="20"/>
              </w:rPr>
              <w:t>от</w:t>
            </w:r>
            <w:proofErr w:type="spellEnd"/>
            <w:r>
              <w:rPr>
                <w:sz w:val="20"/>
              </w:rPr>
              <w:t xml:space="preserve"> 01.11.2012 № 1119</w:t>
            </w:r>
          </w:p>
        </w:tc>
      </w:tr>
      <w:tr w:rsidR="00E261D3">
        <w:trPr>
          <w:jc w:val="center"/>
        </w:trPr>
        <w:tc>
          <w:tcPr>
            <w:tcW w:w="2835" w:type="dxa"/>
          </w:tcPr>
          <w:p w:rsidR="00E261D3" w:rsidRDefault="00214763" w:rsidP="00214763">
            <w:r>
              <w:rPr>
                <w:sz w:val="20"/>
              </w:rPr>
              <w:t>Логи доступа к ИСПДн</w:t>
            </w:r>
          </w:p>
        </w:tc>
        <w:tc>
          <w:tcPr>
            <w:tcW w:w="3402" w:type="dxa"/>
          </w:tcPr>
          <w:p w:rsidR="00E261D3" w:rsidRDefault="00214763" w:rsidP="00214763">
            <w:r>
              <w:rPr>
                <w:sz w:val="20"/>
              </w:rPr>
              <w:t>Не менее 6 месяцев</w:t>
            </w:r>
          </w:p>
        </w:tc>
        <w:tc>
          <w:tcPr>
            <w:tcW w:w="2835" w:type="dxa"/>
          </w:tcPr>
          <w:p w:rsidR="00E261D3" w:rsidRDefault="00214763" w:rsidP="00214763">
            <w:r>
              <w:rPr>
                <w:sz w:val="20"/>
              </w:rPr>
              <w:t>Приказ ФСТЭК № 21</w:t>
            </w:r>
          </w:p>
        </w:tc>
      </w:tr>
      <w:tr w:rsidR="00E261D3">
        <w:trPr>
          <w:jc w:val="center"/>
        </w:trPr>
        <w:tc>
          <w:tcPr>
            <w:tcW w:w="2835" w:type="dxa"/>
          </w:tcPr>
          <w:p w:rsidR="00E261D3" w:rsidRDefault="00214763" w:rsidP="00214763">
            <w:r>
              <w:rPr>
                <w:sz w:val="20"/>
              </w:rPr>
              <w:t>Данные онлайн-записи (Сайт)</w:t>
            </w:r>
          </w:p>
        </w:tc>
        <w:tc>
          <w:tcPr>
            <w:tcW w:w="3402" w:type="dxa"/>
          </w:tcPr>
          <w:p w:rsidR="00E261D3" w:rsidRPr="005745A4" w:rsidRDefault="00214763" w:rsidP="00214763">
            <w:pPr>
              <w:rPr>
                <w:lang w:val="ru-RU"/>
              </w:rPr>
            </w:pPr>
            <w:r w:rsidRPr="005745A4">
              <w:rPr>
                <w:sz w:val="20"/>
                <w:lang w:val="ru-RU"/>
              </w:rPr>
              <w:t xml:space="preserve">1 год с момента последней записи, </w:t>
            </w:r>
            <w:r w:rsidRPr="005745A4">
              <w:rPr>
                <w:sz w:val="20"/>
                <w:lang w:val="ru-RU"/>
              </w:rPr>
              <w:t>далее — в составе медкарты</w:t>
            </w:r>
          </w:p>
        </w:tc>
        <w:tc>
          <w:tcPr>
            <w:tcW w:w="2835" w:type="dxa"/>
          </w:tcPr>
          <w:p w:rsidR="00E261D3" w:rsidRDefault="00214763" w:rsidP="00214763">
            <w:proofErr w:type="spellStart"/>
            <w:r>
              <w:rPr>
                <w:sz w:val="20"/>
              </w:rPr>
              <w:t>Внутренний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регламент</w:t>
            </w:r>
            <w:proofErr w:type="spellEnd"/>
          </w:p>
        </w:tc>
      </w:tr>
      <w:tr w:rsidR="00E261D3">
        <w:trPr>
          <w:jc w:val="center"/>
        </w:trPr>
        <w:tc>
          <w:tcPr>
            <w:tcW w:w="2835" w:type="dxa"/>
          </w:tcPr>
          <w:p w:rsidR="00E261D3" w:rsidRDefault="00214763" w:rsidP="00214763">
            <w:r>
              <w:rPr>
                <w:sz w:val="20"/>
              </w:rPr>
              <w:lastRenderedPageBreak/>
              <w:t>Данные Приложения</w:t>
            </w:r>
          </w:p>
        </w:tc>
        <w:tc>
          <w:tcPr>
            <w:tcW w:w="3402" w:type="dxa"/>
          </w:tcPr>
          <w:p w:rsidR="00E261D3" w:rsidRPr="005745A4" w:rsidRDefault="00214763" w:rsidP="00214763">
            <w:pPr>
              <w:rPr>
                <w:lang w:val="ru-RU"/>
              </w:rPr>
            </w:pPr>
            <w:r w:rsidRPr="005745A4">
              <w:rPr>
                <w:sz w:val="20"/>
                <w:lang w:val="ru-RU"/>
              </w:rPr>
              <w:t>До отзыва согласия или удаления учётной записи</w:t>
            </w:r>
          </w:p>
        </w:tc>
        <w:tc>
          <w:tcPr>
            <w:tcW w:w="2835" w:type="dxa"/>
          </w:tcPr>
          <w:p w:rsidR="00E261D3" w:rsidRDefault="00214763" w:rsidP="00214763">
            <w:r>
              <w:rPr>
                <w:sz w:val="20"/>
              </w:rPr>
              <w:t>ФЗ № 152-ФЗ</w:t>
            </w:r>
          </w:p>
        </w:tc>
      </w:tr>
      <w:tr w:rsidR="00E261D3">
        <w:trPr>
          <w:jc w:val="center"/>
        </w:trPr>
        <w:tc>
          <w:tcPr>
            <w:tcW w:w="2835" w:type="dxa"/>
          </w:tcPr>
          <w:p w:rsidR="00E261D3" w:rsidRPr="005745A4" w:rsidRDefault="00214763" w:rsidP="00214763">
            <w:pPr>
              <w:rPr>
                <w:lang w:val="ru-RU"/>
              </w:rPr>
            </w:pPr>
            <w:r>
              <w:rPr>
                <w:sz w:val="20"/>
              </w:rPr>
              <w:t>Cookie</w:t>
            </w:r>
            <w:r w:rsidRPr="005745A4">
              <w:rPr>
                <w:sz w:val="20"/>
                <w:lang w:val="ru-RU"/>
              </w:rPr>
              <w:t xml:space="preserve">-файлы и </w:t>
            </w:r>
            <w:proofErr w:type="spellStart"/>
            <w:r w:rsidRPr="005745A4">
              <w:rPr>
                <w:sz w:val="20"/>
                <w:lang w:val="ru-RU"/>
              </w:rPr>
              <w:t>логи</w:t>
            </w:r>
            <w:proofErr w:type="spellEnd"/>
            <w:r w:rsidRPr="005745A4">
              <w:rPr>
                <w:sz w:val="20"/>
                <w:lang w:val="ru-RU"/>
              </w:rPr>
              <w:t xml:space="preserve"> сервера Сайта</w:t>
            </w:r>
          </w:p>
        </w:tc>
        <w:tc>
          <w:tcPr>
            <w:tcW w:w="3402" w:type="dxa"/>
          </w:tcPr>
          <w:p w:rsidR="00E261D3" w:rsidRDefault="00214763" w:rsidP="00214763">
            <w:proofErr w:type="spellStart"/>
            <w:r>
              <w:rPr>
                <w:sz w:val="20"/>
              </w:rPr>
              <w:t>До</w:t>
            </w:r>
            <w:proofErr w:type="spellEnd"/>
            <w:r>
              <w:rPr>
                <w:sz w:val="20"/>
              </w:rPr>
              <w:t xml:space="preserve"> 30 </w:t>
            </w:r>
            <w:proofErr w:type="spellStart"/>
            <w:r>
              <w:rPr>
                <w:sz w:val="20"/>
              </w:rPr>
              <w:t>суток</w:t>
            </w:r>
            <w:proofErr w:type="spellEnd"/>
          </w:p>
        </w:tc>
        <w:tc>
          <w:tcPr>
            <w:tcW w:w="2835" w:type="dxa"/>
          </w:tcPr>
          <w:p w:rsidR="00E261D3" w:rsidRDefault="00214763" w:rsidP="00214763">
            <w:r>
              <w:rPr>
                <w:sz w:val="20"/>
              </w:rPr>
              <w:t>Внутренний регламент</w:t>
            </w:r>
          </w:p>
        </w:tc>
      </w:tr>
    </w:tbl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 xml:space="preserve">8.4. Уничтожение </w:t>
      </w:r>
      <w:proofErr w:type="spellStart"/>
      <w:r w:rsidRPr="005745A4">
        <w:rPr>
          <w:lang w:val="ru-RU"/>
        </w:rPr>
        <w:t>ПДн</w:t>
      </w:r>
      <w:proofErr w:type="spellEnd"/>
      <w:r w:rsidRPr="005745A4">
        <w:rPr>
          <w:lang w:val="ru-RU"/>
        </w:rPr>
        <w:t xml:space="preserve"> по истечении срока хранения производится</w:t>
      </w:r>
      <w:r w:rsidRPr="005745A4">
        <w:rPr>
          <w:lang w:val="ru-RU"/>
        </w:rPr>
        <w:t xml:space="preserve"> комиссией, создаваемой приказом Оператора, с составлением Акта об уничтожении.</w:t>
      </w:r>
    </w:p>
    <w:p w:rsidR="00E261D3" w:rsidRPr="005745A4" w:rsidRDefault="00214763" w:rsidP="00214763">
      <w:pPr>
        <w:spacing w:before="240" w:after="0" w:line="240" w:lineRule="auto"/>
        <w:rPr>
          <w:lang w:val="ru-RU"/>
        </w:rPr>
      </w:pPr>
      <w:r w:rsidRPr="005745A4">
        <w:rPr>
          <w:b/>
          <w:sz w:val="28"/>
          <w:lang w:val="ru-RU"/>
        </w:rPr>
        <w:t>9. Передача персональных данных третьим лицам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 xml:space="preserve">9.1. Оператор не передаёт </w:t>
      </w:r>
      <w:proofErr w:type="spellStart"/>
      <w:r w:rsidRPr="005745A4">
        <w:rPr>
          <w:lang w:val="ru-RU"/>
        </w:rPr>
        <w:t>ПДн</w:t>
      </w:r>
      <w:proofErr w:type="spellEnd"/>
      <w:r w:rsidRPr="005745A4">
        <w:rPr>
          <w:lang w:val="ru-RU"/>
        </w:rPr>
        <w:t xml:space="preserve"> третьим лицам без согласия субъекта, за исключением случаев, предусмотренных законодательством.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>9.2.</w:t>
      </w:r>
      <w:r w:rsidRPr="005745A4">
        <w:rPr>
          <w:lang w:val="ru-RU"/>
        </w:rPr>
        <w:t xml:space="preserve"> Передача </w:t>
      </w:r>
      <w:proofErr w:type="spellStart"/>
      <w:r w:rsidRPr="005745A4">
        <w:rPr>
          <w:lang w:val="ru-RU"/>
        </w:rPr>
        <w:t>ПДн</w:t>
      </w:r>
      <w:proofErr w:type="spellEnd"/>
      <w:r w:rsidRPr="005745A4">
        <w:rPr>
          <w:lang w:val="ru-RU"/>
        </w:rPr>
        <w:t xml:space="preserve"> осуществляется следующим получателям: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386"/>
        <w:gridCol w:w="2150"/>
        <w:gridCol w:w="2527"/>
        <w:gridCol w:w="2009"/>
      </w:tblGrid>
      <w:tr w:rsidR="00E261D3" w:rsidTr="002E09DC">
        <w:trPr>
          <w:jc w:val="center"/>
        </w:trPr>
        <w:tc>
          <w:tcPr>
            <w:tcW w:w="2386" w:type="dxa"/>
          </w:tcPr>
          <w:p w:rsidR="00E261D3" w:rsidRDefault="00214763" w:rsidP="00214763">
            <w:pPr>
              <w:jc w:val="center"/>
            </w:pPr>
            <w:proofErr w:type="spellStart"/>
            <w:r>
              <w:rPr>
                <w:b/>
                <w:sz w:val="20"/>
              </w:rPr>
              <w:t>Получатель</w:t>
            </w:r>
            <w:proofErr w:type="spellEnd"/>
          </w:p>
        </w:tc>
        <w:tc>
          <w:tcPr>
            <w:tcW w:w="2150" w:type="dxa"/>
          </w:tcPr>
          <w:p w:rsidR="00E261D3" w:rsidRDefault="00214763" w:rsidP="00214763">
            <w:pPr>
              <w:jc w:val="center"/>
            </w:pPr>
            <w:r>
              <w:rPr>
                <w:b/>
                <w:sz w:val="20"/>
              </w:rPr>
              <w:t>Цель передачи</w:t>
            </w:r>
          </w:p>
        </w:tc>
        <w:tc>
          <w:tcPr>
            <w:tcW w:w="2527" w:type="dxa"/>
          </w:tcPr>
          <w:p w:rsidR="00E261D3" w:rsidRDefault="00214763" w:rsidP="00214763">
            <w:pPr>
              <w:jc w:val="center"/>
            </w:pPr>
            <w:r>
              <w:rPr>
                <w:b/>
                <w:sz w:val="20"/>
              </w:rPr>
              <w:t>Категории передаваемых ПДн</w:t>
            </w:r>
          </w:p>
        </w:tc>
        <w:tc>
          <w:tcPr>
            <w:tcW w:w="2009" w:type="dxa"/>
          </w:tcPr>
          <w:p w:rsidR="00E261D3" w:rsidRDefault="00214763" w:rsidP="00214763">
            <w:pPr>
              <w:jc w:val="center"/>
            </w:pPr>
            <w:r>
              <w:rPr>
                <w:b/>
                <w:sz w:val="20"/>
              </w:rPr>
              <w:t>Правовое основание</w:t>
            </w:r>
          </w:p>
        </w:tc>
      </w:tr>
      <w:tr w:rsidR="00E261D3" w:rsidTr="002E09DC">
        <w:trPr>
          <w:jc w:val="center"/>
        </w:trPr>
        <w:tc>
          <w:tcPr>
            <w:tcW w:w="2386" w:type="dxa"/>
          </w:tcPr>
          <w:p w:rsidR="00E261D3" w:rsidRDefault="00214763" w:rsidP="00214763">
            <w:r>
              <w:rPr>
                <w:sz w:val="20"/>
              </w:rPr>
              <w:t>ТФОМС Самарской области, СМО</w:t>
            </w:r>
          </w:p>
        </w:tc>
        <w:tc>
          <w:tcPr>
            <w:tcW w:w="2150" w:type="dxa"/>
          </w:tcPr>
          <w:p w:rsidR="00E261D3" w:rsidRPr="005745A4" w:rsidRDefault="00214763" w:rsidP="00214763">
            <w:pPr>
              <w:rPr>
                <w:lang w:val="ru-RU"/>
              </w:rPr>
            </w:pPr>
            <w:r w:rsidRPr="005745A4">
              <w:rPr>
                <w:sz w:val="20"/>
                <w:lang w:val="ru-RU"/>
              </w:rPr>
              <w:t>Оплата медицинской помощи по ОМС</w:t>
            </w:r>
          </w:p>
        </w:tc>
        <w:tc>
          <w:tcPr>
            <w:tcW w:w="2527" w:type="dxa"/>
          </w:tcPr>
          <w:p w:rsidR="00E261D3" w:rsidRPr="005745A4" w:rsidRDefault="00214763" w:rsidP="00214763">
            <w:pPr>
              <w:rPr>
                <w:lang w:val="ru-RU"/>
              </w:rPr>
            </w:pPr>
            <w:r w:rsidRPr="005745A4">
              <w:rPr>
                <w:sz w:val="20"/>
                <w:lang w:val="ru-RU"/>
              </w:rPr>
              <w:t>ФИО, полис ОМС, диагноз (код МКБ), услуги</w:t>
            </w:r>
          </w:p>
        </w:tc>
        <w:tc>
          <w:tcPr>
            <w:tcW w:w="2009" w:type="dxa"/>
          </w:tcPr>
          <w:p w:rsidR="00E261D3" w:rsidRDefault="00214763" w:rsidP="00214763">
            <w:r>
              <w:rPr>
                <w:sz w:val="20"/>
              </w:rPr>
              <w:t>ФЗ № 323-ФЗ, ФЗ № 326-ФЗ</w:t>
            </w:r>
          </w:p>
        </w:tc>
      </w:tr>
      <w:tr w:rsidR="00E261D3" w:rsidTr="002E09DC">
        <w:trPr>
          <w:jc w:val="center"/>
        </w:trPr>
        <w:tc>
          <w:tcPr>
            <w:tcW w:w="2386" w:type="dxa"/>
          </w:tcPr>
          <w:p w:rsidR="00E261D3" w:rsidRDefault="00214763" w:rsidP="00214763">
            <w:r>
              <w:rPr>
                <w:sz w:val="20"/>
              </w:rPr>
              <w:t>ЕГИСЗ (Минздрав РФ)</w:t>
            </w:r>
          </w:p>
        </w:tc>
        <w:tc>
          <w:tcPr>
            <w:tcW w:w="2150" w:type="dxa"/>
          </w:tcPr>
          <w:p w:rsidR="00E261D3" w:rsidRDefault="00214763" w:rsidP="00214763">
            <w:r>
              <w:rPr>
                <w:sz w:val="20"/>
              </w:rPr>
              <w:t>Ведение единой системы</w:t>
            </w:r>
          </w:p>
        </w:tc>
        <w:tc>
          <w:tcPr>
            <w:tcW w:w="2527" w:type="dxa"/>
          </w:tcPr>
          <w:p w:rsidR="00E261D3" w:rsidRPr="005745A4" w:rsidRDefault="00214763" w:rsidP="00214763">
            <w:pPr>
              <w:rPr>
                <w:lang w:val="ru-RU"/>
              </w:rPr>
            </w:pPr>
            <w:r w:rsidRPr="005745A4">
              <w:rPr>
                <w:sz w:val="20"/>
                <w:lang w:val="ru-RU"/>
              </w:rPr>
              <w:t>ФИО, полис ОМС, медицинские данные</w:t>
            </w:r>
          </w:p>
        </w:tc>
        <w:tc>
          <w:tcPr>
            <w:tcW w:w="2009" w:type="dxa"/>
          </w:tcPr>
          <w:p w:rsidR="00E261D3" w:rsidRDefault="00214763" w:rsidP="00214763">
            <w:r>
              <w:rPr>
                <w:sz w:val="20"/>
              </w:rPr>
              <w:t xml:space="preserve">ФЗ № 323-ФЗ, </w:t>
            </w:r>
            <w:proofErr w:type="spellStart"/>
            <w:r>
              <w:rPr>
                <w:sz w:val="20"/>
              </w:rPr>
              <w:t>Приказ</w:t>
            </w:r>
            <w:proofErr w:type="spellEnd"/>
            <w:r>
              <w:rPr>
                <w:sz w:val="20"/>
              </w:rPr>
              <w:t xml:space="preserve"> Минздрава</w:t>
            </w:r>
          </w:p>
        </w:tc>
      </w:tr>
      <w:tr w:rsidR="00E261D3" w:rsidTr="002E09DC">
        <w:trPr>
          <w:jc w:val="center"/>
        </w:trPr>
        <w:tc>
          <w:tcPr>
            <w:tcW w:w="2386" w:type="dxa"/>
          </w:tcPr>
          <w:p w:rsidR="00E261D3" w:rsidRPr="005745A4" w:rsidRDefault="00214763" w:rsidP="00214763">
            <w:pPr>
              <w:rPr>
                <w:lang w:val="ru-RU"/>
              </w:rPr>
            </w:pPr>
            <w:r w:rsidRPr="005745A4">
              <w:rPr>
                <w:sz w:val="20"/>
                <w:lang w:val="ru-RU"/>
              </w:rPr>
              <w:t xml:space="preserve">ООО «СКАНД» (разработчик МИС </w:t>
            </w:r>
            <w:r>
              <w:rPr>
                <w:sz w:val="20"/>
              </w:rPr>
              <w:t>SQNS</w:t>
            </w:r>
            <w:r w:rsidRPr="005745A4">
              <w:rPr>
                <w:sz w:val="20"/>
                <w:lang w:val="ru-RU"/>
              </w:rPr>
              <w:t>)</w:t>
            </w:r>
          </w:p>
        </w:tc>
        <w:tc>
          <w:tcPr>
            <w:tcW w:w="2150" w:type="dxa"/>
          </w:tcPr>
          <w:p w:rsidR="00E261D3" w:rsidRDefault="00214763" w:rsidP="00214763">
            <w:r>
              <w:rPr>
                <w:sz w:val="20"/>
              </w:rPr>
              <w:t>Тех. поддержка и хостинг</w:t>
            </w:r>
          </w:p>
        </w:tc>
        <w:tc>
          <w:tcPr>
            <w:tcW w:w="2527" w:type="dxa"/>
          </w:tcPr>
          <w:p w:rsidR="00E261D3" w:rsidRPr="005745A4" w:rsidRDefault="00214763" w:rsidP="00214763">
            <w:pPr>
              <w:rPr>
                <w:lang w:val="ru-RU"/>
              </w:rPr>
            </w:pPr>
            <w:r w:rsidRPr="005745A4">
              <w:rPr>
                <w:sz w:val="20"/>
                <w:lang w:val="ru-RU"/>
              </w:rPr>
              <w:t xml:space="preserve">Все </w:t>
            </w:r>
            <w:proofErr w:type="spellStart"/>
            <w:r w:rsidRPr="005745A4">
              <w:rPr>
                <w:sz w:val="20"/>
                <w:lang w:val="ru-RU"/>
              </w:rPr>
              <w:t>ПДн</w:t>
            </w:r>
            <w:proofErr w:type="spellEnd"/>
            <w:r w:rsidRPr="005745A4">
              <w:rPr>
                <w:sz w:val="20"/>
                <w:lang w:val="ru-RU"/>
              </w:rPr>
              <w:t xml:space="preserve"> пациентов (на сервере)</w:t>
            </w:r>
          </w:p>
        </w:tc>
        <w:tc>
          <w:tcPr>
            <w:tcW w:w="2009" w:type="dxa"/>
          </w:tcPr>
          <w:p w:rsidR="00E261D3" w:rsidRDefault="00214763" w:rsidP="00214763">
            <w:proofErr w:type="spellStart"/>
            <w:r>
              <w:rPr>
                <w:sz w:val="20"/>
              </w:rPr>
              <w:t>Договор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поручение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обработку</w:t>
            </w:r>
            <w:proofErr w:type="spellEnd"/>
          </w:p>
        </w:tc>
      </w:tr>
      <w:tr w:rsidR="00E261D3" w:rsidTr="002E09DC">
        <w:trPr>
          <w:jc w:val="center"/>
        </w:trPr>
        <w:tc>
          <w:tcPr>
            <w:tcW w:w="2386" w:type="dxa"/>
          </w:tcPr>
          <w:p w:rsidR="00E261D3" w:rsidRDefault="00214763" w:rsidP="00214763">
            <w:r>
              <w:rPr>
                <w:sz w:val="20"/>
              </w:rPr>
              <w:t>ПАО «Ростелеком»</w:t>
            </w:r>
          </w:p>
        </w:tc>
        <w:tc>
          <w:tcPr>
            <w:tcW w:w="2150" w:type="dxa"/>
          </w:tcPr>
          <w:p w:rsidR="00E261D3" w:rsidRDefault="00214763" w:rsidP="00214763">
            <w:r>
              <w:rPr>
                <w:sz w:val="20"/>
              </w:rPr>
              <w:t xml:space="preserve">Канал </w:t>
            </w:r>
            <w:r>
              <w:rPr>
                <w:sz w:val="20"/>
              </w:rPr>
              <w:t>связи</w:t>
            </w:r>
          </w:p>
        </w:tc>
        <w:tc>
          <w:tcPr>
            <w:tcW w:w="2527" w:type="dxa"/>
          </w:tcPr>
          <w:p w:rsidR="00E261D3" w:rsidRDefault="00214763" w:rsidP="00214763">
            <w:r>
              <w:rPr>
                <w:sz w:val="20"/>
              </w:rPr>
              <w:t>Передача данных по сети</w:t>
            </w:r>
          </w:p>
        </w:tc>
        <w:tc>
          <w:tcPr>
            <w:tcW w:w="2009" w:type="dxa"/>
          </w:tcPr>
          <w:p w:rsidR="00E261D3" w:rsidRDefault="00214763" w:rsidP="00214763">
            <w:r>
              <w:rPr>
                <w:sz w:val="20"/>
              </w:rPr>
              <w:t>Договор оказания услуг связи</w:t>
            </w:r>
          </w:p>
        </w:tc>
      </w:tr>
      <w:tr w:rsidR="00E261D3" w:rsidTr="002E09DC">
        <w:trPr>
          <w:jc w:val="center"/>
        </w:trPr>
        <w:tc>
          <w:tcPr>
            <w:tcW w:w="2386" w:type="dxa"/>
          </w:tcPr>
          <w:p w:rsidR="00E261D3" w:rsidRDefault="00214763" w:rsidP="00214763">
            <w:r>
              <w:rPr>
                <w:sz w:val="20"/>
              </w:rPr>
              <w:t>ООО «Ситилаб» / «Инвитро» (ЛИС)</w:t>
            </w:r>
          </w:p>
        </w:tc>
        <w:tc>
          <w:tcPr>
            <w:tcW w:w="2150" w:type="dxa"/>
          </w:tcPr>
          <w:p w:rsidR="00E261D3" w:rsidRDefault="00214763" w:rsidP="00214763">
            <w:r>
              <w:rPr>
                <w:sz w:val="20"/>
              </w:rPr>
              <w:t>Передача результатов анализов</w:t>
            </w:r>
          </w:p>
        </w:tc>
        <w:tc>
          <w:tcPr>
            <w:tcW w:w="2527" w:type="dxa"/>
          </w:tcPr>
          <w:p w:rsidR="00E261D3" w:rsidRDefault="00214763" w:rsidP="00214763">
            <w:r>
              <w:rPr>
                <w:sz w:val="20"/>
              </w:rPr>
              <w:t>ФИО, результаты анализов</w:t>
            </w:r>
          </w:p>
        </w:tc>
        <w:tc>
          <w:tcPr>
            <w:tcW w:w="2009" w:type="dxa"/>
          </w:tcPr>
          <w:p w:rsidR="00E261D3" w:rsidRDefault="00214763" w:rsidP="00214763">
            <w:r>
              <w:rPr>
                <w:sz w:val="20"/>
              </w:rPr>
              <w:t>Договор, согласие пациента</w:t>
            </w:r>
          </w:p>
        </w:tc>
      </w:tr>
      <w:tr w:rsidR="00E261D3" w:rsidTr="002E09DC">
        <w:trPr>
          <w:jc w:val="center"/>
        </w:trPr>
        <w:tc>
          <w:tcPr>
            <w:tcW w:w="2386" w:type="dxa"/>
          </w:tcPr>
          <w:p w:rsidR="00E261D3" w:rsidRDefault="00214763" w:rsidP="00214763">
            <w:r>
              <w:rPr>
                <w:sz w:val="20"/>
              </w:rPr>
              <w:t>App Store / Google Play</w:t>
            </w:r>
          </w:p>
        </w:tc>
        <w:tc>
          <w:tcPr>
            <w:tcW w:w="2150" w:type="dxa"/>
          </w:tcPr>
          <w:p w:rsidR="00E261D3" w:rsidRDefault="00214763" w:rsidP="00214763">
            <w:r>
              <w:rPr>
                <w:sz w:val="20"/>
              </w:rPr>
              <w:t>Распространение Приложения</w:t>
            </w:r>
          </w:p>
        </w:tc>
        <w:tc>
          <w:tcPr>
            <w:tcW w:w="2527" w:type="dxa"/>
          </w:tcPr>
          <w:p w:rsidR="00E261D3" w:rsidRDefault="00214763" w:rsidP="00214763">
            <w:r>
              <w:rPr>
                <w:sz w:val="20"/>
              </w:rPr>
              <w:t>Метаданные (без ПДн)</w:t>
            </w:r>
          </w:p>
        </w:tc>
        <w:tc>
          <w:tcPr>
            <w:tcW w:w="2009" w:type="dxa"/>
          </w:tcPr>
          <w:p w:rsidR="00E261D3" w:rsidRDefault="00214763" w:rsidP="00214763">
            <w:r>
              <w:rPr>
                <w:sz w:val="20"/>
              </w:rPr>
              <w:t>Соглашение разработчика</w:t>
            </w:r>
          </w:p>
        </w:tc>
      </w:tr>
      <w:tr w:rsidR="00E261D3" w:rsidTr="002E09DC">
        <w:trPr>
          <w:jc w:val="center"/>
        </w:trPr>
        <w:tc>
          <w:tcPr>
            <w:tcW w:w="2386" w:type="dxa"/>
          </w:tcPr>
          <w:p w:rsidR="00E261D3" w:rsidRDefault="00214763" w:rsidP="00214763">
            <w:r>
              <w:rPr>
                <w:sz w:val="20"/>
              </w:rPr>
              <w:t>ФНС, ПФР, ФСС</w:t>
            </w:r>
          </w:p>
        </w:tc>
        <w:tc>
          <w:tcPr>
            <w:tcW w:w="2150" w:type="dxa"/>
          </w:tcPr>
          <w:p w:rsidR="00E261D3" w:rsidRDefault="00214763" w:rsidP="00214763">
            <w:r>
              <w:rPr>
                <w:sz w:val="20"/>
              </w:rPr>
              <w:t>Налоговая и статистическая отчётность</w:t>
            </w:r>
          </w:p>
        </w:tc>
        <w:tc>
          <w:tcPr>
            <w:tcW w:w="2527" w:type="dxa"/>
          </w:tcPr>
          <w:p w:rsidR="00E261D3" w:rsidRDefault="00214763" w:rsidP="00214763">
            <w:r>
              <w:rPr>
                <w:sz w:val="20"/>
              </w:rPr>
              <w:t>ПДн работников (агрегированные)</w:t>
            </w:r>
          </w:p>
        </w:tc>
        <w:tc>
          <w:tcPr>
            <w:tcW w:w="2009" w:type="dxa"/>
          </w:tcPr>
          <w:p w:rsidR="00E261D3" w:rsidRDefault="00214763" w:rsidP="00214763">
            <w:r>
              <w:rPr>
                <w:sz w:val="20"/>
              </w:rPr>
              <w:t>Налоговый кодекс РФ</w:t>
            </w:r>
          </w:p>
        </w:tc>
      </w:tr>
    </w:tbl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 xml:space="preserve">9.3. При передаче </w:t>
      </w:r>
      <w:proofErr w:type="spellStart"/>
      <w:r w:rsidRPr="005745A4">
        <w:rPr>
          <w:lang w:val="ru-RU"/>
        </w:rPr>
        <w:t>ПДн</w:t>
      </w:r>
      <w:proofErr w:type="spellEnd"/>
      <w:r w:rsidRPr="005745A4">
        <w:rPr>
          <w:lang w:val="ru-RU"/>
        </w:rPr>
        <w:t xml:space="preserve"> ООО «СКАНД» оформляется поручение на обработку </w:t>
      </w:r>
      <w:proofErr w:type="spellStart"/>
      <w:r w:rsidRPr="005745A4">
        <w:rPr>
          <w:lang w:val="ru-RU"/>
        </w:rPr>
        <w:t>ПДн</w:t>
      </w:r>
      <w:proofErr w:type="spellEnd"/>
      <w:r w:rsidRPr="005745A4">
        <w:rPr>
          <w:lang w:val="ru-RU"/>
        </w:rPr>
        <w:t xml:space="preserve"> в соответствии со ст. 6 ФЗ № 152-ФЗ. ООО «СКАНД» несё</w:t>
      </w:r>
      <w:r w:rsidRPr="005745A4">
        <w:rPr>
          <w:lang w:val="ru-RU"/>
        </w:rPr>
        <w:t xml:space="preserve">т ответственность за обеспечение безопасности </w:t>
      </w:r>
      <w:proofErr w:type="spellStart"/>
      <w:r w:rsidRPr="005745A4">
        <w:rPr>
          <w:lang w:val="ru-RU"/>
        </w:rPr>
        <w:t>ПДн</w:t>
      </w:r>
      <w:proofErr w:type="spellEnd"/>
      <w:r w:rsidRPr="005745A4">
        <w:rPr>
          <w:lang w:val="ru-RU"/>
        </w:rPr>
        <w:t xml:space="preserve"> в рамках поручения.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 xml:space="preserve">9.4. Передача </w:t>
      </w:r>
      <w:proofErr w:type="spellStart"/>
      <w:r w:rsidRPr="005745A4">
        <w:rPr>
          <w:lang w:val="ru-RU"/>
        </w:rPr>
        <w:t>ПДн</w:t>
      </w:r>
      <w:proofErr w:type="spellEnd"/>
      <w:r w:rsidRPr="005745A4">
        <w:rPr>
          <w:lang w:val="ru-RU"/>
        </w:rPr>
        <w:t xml:space="preserve"> за пределы Российской Федерации не осуществляется.</w:t>
      </w:r>
    </w:p>
    <w:p w:rsidR="00E261D3" w:rsidRPr="005745A4" w:rsidRDefault="00214763" w:rsidP="00214763">
      <w:pPr>
        <w:spacing w:before="240" w:after="0" w:line="240" w:lineRule="auto"/>
        <w:rPr>
          <w:lang w:val="ru-RU"/>
        </w:rPr>
      </w:pPr>
      <w:r w:rsidRPr="005745A4">
        <w:rPr>
          <w:b/>
          <w:sz w:val="28"/>
          <w:lang w:val="ru-RU"/>
        </w:rPr>
        <w:t>10. Меры по обеспечению безопасности персональных данных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 xml:space="preserve">10.1. Оператор применяет организационные и технические меры </w:t>
      </w:r>
      <w:r w:rsidRPr="005745A4">
        <w:rPr>
          <w:lang w:val="ru-RU"/>
        </w:rPr>
        <w:t xml:space="preserve">защиты </w:t>
      </w:r>
      <w:proofErr w:type="spellStart"/>
      <w:r w:rsidRPr="005745A4">
        <w:rPr>
          <w:lang w:val="ru-RU"/>
        </w:rPr>
        <w:t>ПДн</w:t>
      </w:r>
      <w:proofErr w:type="spellEnd"/>
      <w:r w:rsidRPr="005745A4">
        <w:rPr>
          <w:lang w:val="ru-RU"/>
        </w:rPr>
        <w:t xml:space="preserve"> в соответствии с ПП РФ № 1119, Приказом ФСТЭК № 21 и Моделью угроз безопасности </w:t>
      </w:r>
      <w:proofErr w:type="spellStart"/>
      <w:r w:rsidRPr="005745A4">
        <w:rPr>
          <w:lang w:val="ru-RU"/>
        </w:rPr>
        <w:t>ПДн</w:t>
      </w:r>
      <w:proofErr w:type="spellEnd"/>
      <w:r w:rsidRPr="005745A4">
        <w:rPr>
          <w:lang w:val="ru-RU"/>
        </w:rPr>
        <w:t>.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 xml:space="preserve">10.2. Уровень защищённости </w:t>
      </w:r>
      <w:proofErr w:type="spellStart"/>
      <w:r w:rsidRPr="005745A4">
        <w:rPr>
          <w:lang w:val="ru-RU"/>
        </w:rPr>
        <w:t>ИСПДн</w:t>
      </w:r>
      <w:proofErr w:type="spellEnd"/>
      <w:r w:rsidRPr="005745A4">
        <w:rPr>
          <w:lang w:val="ru-RU"/>
        </w:rPr>
        <w:t xml:space="preserve"> — УЗ-3 (третий). Тип актуальных угроз — 3-й (угрозы несанкционированного доступа по каналам связи).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>10.3. Организационные меры: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 xml:space="preserve">• назначение лица, ответственного за обеспечение безопасности </w:t>
      </w:r>
      <w:proofErr w:type="spellStart"/>
      <w:r w:rsidRPr="005745A4">
        <w:rPr>
          <w:lang w:val="ru-RU"/>
        </w:rPr>
        <w:t>ПДн</w:t>
      </w:r>
      <w:proofErr w:type="spellEnd"/>
      <w:r w:rsidRPr="005745A4">
        <w:rPr>
          <w:lang w:val="ru-RU"/>
        </w:rPr>
        <w:t>;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 xml:space="preserve">• утверждение перечня лиц, имеющих доступ к </w:t>
      </w:r>
      <w:proofErr w:type="spellStart"/>
      <w:r w:rsidRPr="005745A4">
        <w:rPr>
          <w:lang w:val="ru-RU"/>
        </w:rPr>
        <w:t>ПДн</w:t>
      </w:r>
      <w:proofErr w:type="spellEnd"/>
      <w:r w:rsidRPr="005745A4">
        <w:rPr>
          <w:lang w:val="ru-RU"/>
        </w:rPr>
        <w:t>, с разграничением прав;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 xml:space="preserve">• контроль соблюдения условий обработки </w:t>
      </w:r>
      <w:proofErr w:type="spellStart"/>
      <w:r w:rsidRPr="005745A4">
        <w:rPr>
          <w:lang w:val="ru-RU"/>
        </w:rPr>
        <w:t>ПДн</w:t>
      </w:r>
      <w:proofErr w:type="spellEnd"/>
      <w:r w:rsidRPr="005745A4">
        <w:rPr>
          <w:lang w:val="ru-RU"/>
        </w:rPr>
        <w:t>, в том числе через Сайт и Приложение;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 xml:space="preserve">• ознакомление сотрудников с </w:t>
      </w:r>
      <w:r w:rsidRPr="005745A4">
        <w:rPr>
          <w:lang w:val="ru-RU"/>
        </w:rPr>
        <w:t>Политикой и инструкциями под подпись;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 xml:space="preserve">• проведение инструктажей по безопасности </w:t>
      </w:r>
      <w:proofErr w:type="spellStart"/>
      <w:r w:rsidRPr="005745A4">
        <w:rPr>
          <w:lang w:val="ru-RU"/>
        </w:rPr>
        <w:t>ПДн</w:t>
      </w:r>
      <w:proofErr w:type="spellEnd"/>
      <w:r w:rsidRPr="005745A4">
        <w:rPr>
          <w:lang w:val="ru-RU"/>
        </w:rPr>
        <w:t>;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>• контроль физического доступа к помещениям, где размещены технические средства (пропускной режим, видеонаблюдение).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>10.4. Технические меры: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>• идентификация и ау</w:t>
      </w:r>
      <w:bookmarkStart w:id="0" w:name="_GoBack"/>
      <w:bookmarkEnd w:id="0"/>
      <w:r w:rsidRPr="005745A4">
        <w:rPr>
          <w:lang w:val="ru-RU"/>
        </w:rPr>
        <w:t>тентификац</w:t>
      </w:r>
      <w:r w:rsidRPr="005745A4">
        <w:rPr>
          <w:lang w:val="ru-RU"/>
        </w:rPr>
        <w:t>ия пользователей по уникальному логину и паролю;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>• управление правами доступа (ролевая модель);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>• антивирусная защита рабочих станций (</w:t>
      </w:r>
      <w:r>
        <w:t>Windows</w:t>
      </w:r>
      <w:r w:rsidRPr="005745A4">
        <w:rPr>
          <w:lang w:val="ru-RU"/>
        </w:rPr>
        <w:t xml:space="preserve"> </w:t>
      </w:r>
      <w:r>
        <w:t>Defender</w:t>
      </w:r>
      <w:r w:rsidRPr="005745A4">
        <w:rPr>
          <w:lang w:val="ru-RU"/>
        </w:rPr>
        <w:t xml:space="preserve"> с регулярным обновлением сигнатур);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 xml:space="preserve">• межсетевой экран на границе сети (брандмауэр </w:t>
      </w:r>
      <w:r>
        <w:t>Windows</w:t>
      </w:r>
      <w:r w:rsidRPr="005745A4">
        <w:rPr>
          <w:lang w:val="ru-RU"/>
        </w:rPr>
        <w:t xml:space="preserve"> / аппаратный </w:t>
      </w:r>
      <w:r w:rsidRPr="005745A4">
        <w:rPr>
          <w:lang w:val="ru-RU"/>
        </w:rPr>
        <w:t>МЭ);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 xml:space="preserve">• шифрование передачи данных по протоколу </w:t>
      </w:r>
      <w:r>
        <w:t>HTTPS</w:t>
      </w:r>
      <w:r w:rsidRPr="005745A4">
        <w:rPr>
          <w:lang w:val="ru-RU"/>
        </w:rPr>
        <w:t>/</w:t>
      </w:r>
      <w:r>
        <w:t>TLS</w:t>
      </w:r>
      <w:r w:rsidRPr="005745A4">
        <w:rPr>
          <w:lang w:val="ru-RU"/>
        </w:rPr>
        <w:t xml:space="preserve"> (Сайт, Приложение, ЕГИСЗ, ЛИС);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lastRenderedPageBreak/>
        <w:t xml:space="preserve">• резервное копирование данных МИС </w:t>
      </w:r>
      <w:r>
        <w:t>SQNS</w:t>
      </w:r>
      <w:r w:rsidRPr="005745A4">
        <w:rPr>
          <w:lang w:val="ru-RU"/>
        </w:rPr>
        <w:t xml:space="preserve"> (ежедневное инкрементное, еженедельное полное);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>• регистрация событий безопасности (</w:t>
      </w:r>
      <w:proofErr w:type="spellStart"/>
      <w:r w:rsidRPr="005745A4">
        <w:rPr>
          <w:lang w:val="ru-RU"/>
        </w:rPr>
        <w:t>журналирование</w:t>
      </w:r>
      <w:proofErr w:type="spellEnd"/>
      <w:r w:rsidRPr="005745A4">
        <w:rPr>
          <w:lang w:val="ru-RU"/>
        </w:rPr>
        <w:t xml:space="preserve"> доступа, </w:t>
      </w:r>
      <w:proofErr w:type="spellStart"/>
      <w:r w:rsidRPr="005745A4">
        <w:rPr>
          <w:lang w:val="ru-RU"/>
        </w:rPr>
        <w:t>логи</w:t>
      </w:r>
      <w:proofErr w:type="spellEnd"/>
      <w:r w:rsidRPr="005745A4">
        <w:rPr>
          <w:lang w:val="ru-RU"/>
        </w:rPr>
        <w:t xml:space="preserve"> сервера);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>• за</w:t>
      </w:r>
      <w:r w:rsidRPr="005745A4">
        <w:rPr>
          <w:lang w:val="ru-RU"/>
        </w:rPr>
        <w:t xml:space="preserve">щита среды виртуализации серверной части МИС </w:t>
      </w:r>
      <w:r>
        <w:t>SQNS</w:t>
      </w:r>
      <w:r w:rsidRPr="005745A4">
        <w:rPr>
          <w:lang w:val="ru-RU"/>
        </w:rPr>
        <w:t xml:space="preserve"> (обеспечивается ООО «СКАНД»).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 xml:space="preserve">10.5. Для передачи данных через Сайт и Приложение используется шифрование по протоколу </w:t>
      </w:r>
      <w:r>
        <w:t>TLS</w:t>
      </w:r>
      <w:r w:rsidRPr="005745A4">
        <w:rPr>
          <w:lang w:val="ru-RU"/>
        </w:rPr>
        <w:t xml:space="preserve"> 1.2/1.3. Применяется действующий </w:t>
      </w:r>
      <w:r>
        <w:t>SSL</w:t>
      </w:r>
      <w:r w:rsidRPr="005745A4">
        <w:rPr>
          <w:lang w:val="ru-RU"/>
        </w:rPr>
        <w:t>-сертификат, выданный удостоверяющим центром, акк</w:t>
      </w:r>
      <w:r w:rsidRPr="005745A4">
        <w:rPr>
          <w:lang w:val="ru-RU"/>
        </w:rPr>
        <w:t xml:space="preserve">редитованным </w:t>
      </w:r>
      <w:proofErr w:type="spellStart"/>
      <w:r w:rsidRPr="005745A4">
        <w:rPr>
          <w:lang w:val="ru-RU"/>
        </w:rPr>
        <w:t>Минцифры</w:t>
      </w:r>
      <w:proofErr w:type="spellEnd"/>
      <w:r w:rsidRPr="005745A4">
        <w:rPr>
          <w:lang w:val="ru-RU"/>
        </w:rPr>
        <w:t xml:space="preserve"> РФ.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 xml:space="preserve">10.6. Доступ к панели администрирования Сайта и серверу </w:t>
      </w:r>
      <w:r>
        <w:t>API</w:t>
      </w:r>
      <w:r w:rsidRPr="005745A4">
        <w:rPr>
          <w:lang w:val="ru-RU"/>
        </w:rPr>
        <w:t xml:space="preserve"> Приложения ограничен и осуществляется только уполномоченными лицами Оператора с применением двухфакторной аутентификации.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>10.7. В случае компьютерных инцидентов, повлекши</w:t>
      </w:r>
      <w:r w:rsidRPr="005745A4">
        <w:rPr>
          <w:lang w:val="ru-RU"/>
        </w:rPr>
        <w:t xml:space="preserve">х неправомерный доступ к </w:t>
      </w:r>
      <w:proofErr w:type="spellStart"/>
      <w:r w:rsidRPr="005745A4">
        <w:rPr>
          <w:lang w:val="ru-RU"/>
        </w:rPr>
        <w:t>ПДн</w:t>
      </w:r>
      <w:proofErr w:type="spellEnd"/>
      <w:r w:rsidRPr="005745A4">
        <w:rPr>
          <w:lang w:val="ru-RU"/>
        </w:rPr>
        <w:t>, Оператор уведомляет уполномоченный орган (</w:t>
      </w:r>
      <w:proofErr w:type="spellStart"/>
      <w:r w:rsidRPr="005745A4">
        <w:rPr>
          <w:lang w:val="ru-RU"/>
        </w:rPr>
        <w:t>Роскомнадзор</w:t>
      </w:r>
      <w:proofErr w:type="spellEnd"/>
      <w:r w:rsidRPr="005745A4">
        <w:rPr>
          <w:lang w:val="ru-RU"/>
        </w:rPr>
        <w:t>) в течение 24 часов с момента выявления инцидента в соответствии со ст. 21 ФЗ № 152-ФЗ.</w:t>
      </w:r>
    </w:p>
    <w:p w:rsidR="00E261D3" w:rsidRPr="005745A4" w:rsidRDefault="00214763" w:rsidP="00214763">
      <w:pPr>
        <w:spacing w:before="240" w:after="0" w:line="240" w:lineRule="auto"/>
        <w:rPr>
          <w:lang w:val="ru-RU"/>
        </w:rPr>
      </w:pPr>
      <w:r w:rsidRPr="005745A4">
        <w:rPr>
          <w:b/>
          <w:sz w:val="28"/>
          <w:lang w:val="ru-RU"/>
        </w:rPr>
        <w:t>11. Права субъектов персональных данных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 xml:space="preserve">11.1. Субъект </w:t>
      </w:r>
      <w:proofErr w:type="spellStart"/>
      <w:r w:rsidRPr="005745A4">
        <w:rPr>
          <w:lang w:val="ru-RU"/>
        </w:rPr>
        <w:t>ПДн</w:t>
      </w:r>
      <w:proofErr w:type="spellEnd"/>
      <w:r w:rsidRPr="005745A4">
        <w:rPr>
          <w:lang w:val="ru-RU"/>
        </w:rPr>
        <w:t xml:space="preserve"> имеет право: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 xml:space="preserve">1) получать </w:t>
      </w:r>
      <w:r w:rsidRPr="005745A4">
        <w:rPr>
          <w:lang w:val="ru-RU"/>
        </w:rPr>
        <w:t xml:space="preserve">информацию, касающуюся обработки его </w:t>
      </w:r>
      <w:proofErr w:type="spellStart"/>
      <w:r w:rsidRPr="005745A4">
        <w:rPr>
          <w:lang w:val="ru-RU"/>
        </w:rPr>
        <w:t>ПДн</w:t>
      </w:r>
      <w:proofErr w:type="spellEnd"/>
      <w:r w:rsidRPr="005745A4">
        <w:rPr>
          <w:lang w:val="ru-RU"/>
        </w:rPr>
        <w:t xml:space="preserve"> (в соответствии со ст. 14 ФЗ № 152-ФЗ);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 xml:space="preserve">2) требовать уточнения, блокирования или уничтожения своих </w:t>
      </w:r>
      <w:proofErr w:type="spellStart"/>
      <w:r w:rsidRPr="005745A4">
        <w:rPr>
          <w:lang w:val="ru-RU"/>
        </w:rPr>
        <w:t>ПДн</w:t>
      </w:r>
      <w:proofErr w:type="spellEnd"/>
      <w:r w:rsidRPr="005745A4">
        <w:rPr>
          <w:lang w:val="ru-RU"/>
        </w:rPr>
        <w:t xml:space="preserve"> в случае, если они являются неполными, устаревшими, неточными, незаконно полученными;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>3) отозвать согласие на об</w:t>
      </w:r>
      <w:r w:rsidRPr="005745A4">
        <w:rPr>
          <w:lang w:val="ru-RU"/>
        </w:rPr>
        <w:t xml:space="preserve">работку </w:t>
      </w:r>
      <w:proofErr w:type="spellStart"/>
      <w:r w:rsidRPr="005745A4">
        <w:rPr>
          <w:lang w:val="ru-RU"/>
        </w:rPr>
        <w:t>ПДн</w:t>
      </w:r>
      <w:proofErr w:type="spellEnd"/>
      <w:r w:rsidRPr="005745A4">
        <w:rPr>
          <w:lang w:val="ru-RU"/>
        </w:rPr>
        <w:t xml:space="preserve"> в любой момент;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 xml:space="preserve">4) требовать ограничения обработки </w:t>
      </w:r>
      <w:proofErr w:type="spellStart"/>
      <w:r w:rsidRPr="005745A4">
        <w:rPr>
          <w:lang w:val="ru-RU"/>
        </w:rPr>
        <w:t>ПДн</w:t>
      </w:r>
      <w:proofErr w:type="spellEnd"/>
      <w:r w:rsidRPr="005745A4">
        <w:rPr>
          <w:lang w:val="ru-RU"/>
        </w:rPr>
        <w:t xml:space="preserve"> (ст. 15.1 ФЗ № 152-ФЗ);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 xml:space="preserve">5) обжаловать действия или бездействие Оператора в уполномоченный орган по защите прав субъектов </w:t>
      </w:r>
      <w:proofErr w:type="spellStart"/>
      <w:r w:rsidRPr="005745A4">
        <w:rPr>
          <w:lang w:val="ru-RU"/>
        </w:rPr>
        <w:t>ПДн</w:t>
      </w:r>
      <w:proofErr w:type="spellEnd"/>
      <w:r w:rsidRPr="005745A4">
        <w:rPr>
          <w:lang w:val="ru-RU"/>
        </w:rPr>
        <w:t xml:space="preserve"> (</w:t>
      </w:r>
      <w:proofErr w:type="spellStart"/>
      <w:r w:rsidRPr="005745A4">
        <w:rPr>
          <w:lang w:val="ru-RU"/>
        </w:rPr>
        <w:t>Роскомнадзор</w:t>
      </w:r>
      <w:proofErr w:type="spellEnd"/>
      <w:r w:rsidRPr="005745A4">
        <w:rPr>
          <w:lang w:val="ru-RU"/>
        </w:rPr>
        <w:t>) или в судебном порядке.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>11.2. Отзыв согласия осущ</w:t>
      </w:r>
      <w:r w:rsidRPr="005745A4">
        <w:rPr>
          <w:lang w:val="ru-RU"/>
        </w:rPr>
        <w:t>ествляется: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 xml:space="preserve">• через Сайт — путём направления электронного сообщения на адрес </w:t>
      </w:r>
      <w:proofErr w:type="spellStart"/>
      <w:proofErr w:type="gramStart"/>
      <w:r w:rsidR="002E09DC">
        <w:t>diamedkinel</w:t>
      </w:r>
      <w:proofErr w:type="spellEnd"/>
      <w:r w:rsidR="002E09DC" w:rsidRPr="005745A4">
        <w:rPr>
          <w:lang w:val="ru-RU"/>
        </w:rPr>
        <w:t>@</w:t>
      </w:r>
      <w:proofErr w:type="spellStart"/>
      <w:r w:rsidR="002E09DC">
        <w:t>yandex</w:t>
      </w:r>
      <w:proofErr w:type="spellEnd"/>
      <w:r w:rsidR="002E09DC" w:rsidRPr="005745A4">
        <w:rPr>
          <w:lang w:val="ru-RU"/>
        </w:rPr>
        <w:t>.</w:t>
      </w:r>
      <w:proofErr w:type="spellStart"/>
      <w:r w:rsidR="002E09DC">
        <w:t>ru</w:t>
      </w:r>
      <w:proofErr w:type="spellEnd"/>
      <w:r w:rsidR="002E09DC" w:rsidRPr="005745A4">
        <w:rPr>
          <w:lang w:val="ru-RU"/>
        </w:rPr>
        <w:t xml:space="preserve"> </w:t>
      </w:r>
      <w:r w:rsidRPr="005745A4">
        <w:rPr>
          <w:lang w:val="ru-RU"/>
        </w:rPr>
        <w:t xml:space="preserve"> с</w:t>
      </w:r>
      <w:proofErr w:type="gramEnd"/>
      <w:r w:rsidRPr="005745A4">
        <w:rPr>
          <w:lang w:val="ru-RU"/>
        </w:rPr>
        <w:t xml:space="preserve"> указанием ФИО и телефона, использовавшихся при онлайн-записи;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>• через Приложение — в разделе «Настройки» → «Отозвать согласие на обработку данных»;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 xml:space="preserve">• очно </w:t>
      </w:r>
      <w:r w:rsidRPr="005745A4">
        <w:rPr>
          <w:lang w:val="ru-RU"/>
        </w:rPr>
        <w:t xml:space="preserve">— путём подачи письменного заявления по адресу: 446430, Самарская область, г. </w:t>
      </w:r>
      <w:proofErr w:type="spellStart"/>
      <w:r w:rsidRPr="005745A4">
        <w:rPr>
          <w:lang w:val="ru-RU"/>
        </w:rPr>
        <w:t>Кинель</w:t>
      </w:r>
      <w:proofErr w:type="spellEnd"/>
      <w:r w:rsidRPr="005745A4">
        <w:rPr>
          <w:lang w:val="ru-RU"/>
        </w:rPr>
        <w:t>, ул. Чехова, д. 1;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>• почтой — путём направления заказного письма по указанному адресу.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 xml:space="preserve">11.3. Отзыв согласия не распространяется на обработку </w:t>
      </w:r>
      <w:proofErr w:type="spellStart"/>
      <w:r w:rsidRPr="005745A4">
        <w:rPr>
          <w:lang w:val="ru-RU"/>
        </w:rPr>
        <w:t>ПДн</w:t>
      </w:r>
      <w:proofErr w:type="spellEnd"/>
      <w:r w:rsidRPr="005745A4">
        <w:rPr>
          <w:lang w:val="ru-RU"/>
        </w:rPr>
        <w:t>, осуществление которой нео</w:t>
      </w:r>
      <w:r w:rsidRPr="005745A4">
        <w:rPr>
          <w:lang w:val="ru-RU"/>
        </w:rPr>
        <w:t>бходимо в соответствии с законодательством (например, хранение медицинских карт, налоговая отчётность).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 xml:space="preserve">11.4. Оператор рассматривает обращение субъекта </w:t>
      </w:r>
      <w:proofErr w:type="spellStart"/>
      <w:r w:rsidRPr="005745A4">
        <w:rPr>
          <w:lang w:val="ru-RU"/>
        </w:rPr>
        <w:t>ПДн</w:t>
      </w:r>
      <w:proofErr w:type="spellEnd"/>
      <w:r w:rsidRPr="005745A4">
        <w:rPr>
          <w:lang w:val="ru-RU"/>
        </w:rPr>
        <w:t xml:space="preserve"> в срок, не превышающий 10 рабочих дней с момента его получения.</w:t>
      </w:r>
    </w:p>
    <w:p w:rsidR="00E261D3" w:rsidRPr="005745A4" w:rsidRDefault="00214763" w:rsidP="00214763">
      <w:pPr>
        <w:spacing w:before="240" w:after="0" w:line="240" w:lineRule="auto"/>
        <w:rPr>
          <w:lang w:val="ru-RU"/>
        </w:rPr>
      </w:pPr>
      <w:r w:rsidRPr="005745A4">
        <w:rPr>
          <w:b/>
          <w:sz w:val="28"/>
          <w:lang w:val="ru-RU"/>
        </w:rPr>
        <w:t>12. Актуализация и внесение изменени</w:t>
      </w:r>
      <w:r w:rsidRPr="005745A4">
        <w:rPr>
          <w:b/>
          <w:sz w:val="28"/>
          <w:lang w:val="ru-RU"/>
        </w:rPr>
        <w:t>й в Политику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>12.1. Политика может быть изменена или дополнена Оператором в одностороннем порядке в случае: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 xml:space="preserve">• изменения законодательства РФ в области обработки и защиты </w:t>
      </w:r>
      <w:proofErr w:type="spellStart"/>
      <w:r w:rsidRPr="005745A4">
        <w:rPr>
          <w:lang w:val="ru-RU"/>
        </w:rPr>
        <w:t>ПДн</w:t>
      </w:r>
      <w:proofErr w:type="spellEnd"/>
      <w:r w:rsidRPr="005745A4">
        <w:rPr>
          <w:lang w:val="ru-RU"/>
        </w:rPr>
        <w:t>;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 xml:space="preserve">• изменения целей, способов и условий обработки </w:t>
      </w:r>
      <w:proofErr w:type="spellStart"/>
      <w:r w:rsidRPr="005745A4">
        <w:rPr>
          <w:lang w:val="ru-RU"/>
        </w:rPr>
        <w:t>ПДн</w:t>
      </w:r>
      <w:proofErr w:type="spellEnd"/>
      <w:r w:rsidRPr="005745A4">
        <w:rPr>
          <w:lang w:val="ru-RU"/>
        </w:rPr>
        <w:t>;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>• ввода в эксплуатацию новых и</w:t>
      </w:r>
      <w:r w:rsidRPr="005745A4">
        <w:rPr>
          <w:lang w:val="ru-RU"/>
        </w:rPr>
        <w:t>нформационных систем или изменения архитектуры существующих;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>• изменения структуры Сайта или функциональности Приложения.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>12.2. Актуализация Политики производится не реже одного раза в год.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>12.3. Действующая редакция Политики размещается на Сайте и в Прило</w:t>
      </w:r>
      <w:r w:rsidRPr="005745A4">
        <w:rPr>
          <w:lang w:val="ru-RU"/>
        </w:rPr>
        <w:t>жении не позднее 5 рабочих дней с момента её утверждения.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 xml:space="preserve">12.4. Пользователи Сайта и Приложения уведомляются о существенных изменениях Политики путём размещения информационного сообщения на Сайте и/или через </w:t>
      </w:r>
      <w:r>
        <w:t>push</w:t>
      </w:r>
      <w:r w:rsidRPr="005745A4">
        <w:rPr>
          <w:lang w:val="ru-RU"/>
        </w:rPr>
        <w:t>-уведомление в Приложении не менее чем за 10</w:t>
      </w:r>
      <w:r w:rsidRPr="005745A4">
        <w:rPr>
          <w:lang w:val="ru-RU"/>
        </w:rPr>
        <w:t xml:space="preserve"> календарных дней до вступления изменений в силу.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>12.5. Дата последней актуализации Политики: 04 октября 2026 г.</w:t>
      </w:r>
    </w:p>
    <w:p w:rsidR="00E261D3" w:rsidRPr="005745A4" w:rsidRDefault="00214763" w:rsidP="00214763">
      <w:pPr>
        <w:spacing w:before="240" w:after="0" w:line="240" w:lineRule="auto"/>
        <w:rPr>
          <w:lang w:val="ru-RU"/>
        </w:rPr>
      </w:pPr>
      <w:r w:rsidRPr="005745A4">
        <w:rPr>
          <w:b/>
          <w:sz w:val="28"/>
          <w:lang w:val="ru-RU"/>
        </w:rPr>
        <w:t>13. Ответственность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lastRenderedPageBreak/>
        <w:t xml:space="preserve">13.1. Оператор несёт ответственность за нарушение норм законодательства РФ в области обработки и защиты </w:t>
      </w:r>
      <w:proofErr w:type="spellStart"/>
      <w:r w:rsidRPr="005745A4">
        <w:rPr>
          <w:lang w:val="ru-RU"/>
        </w:rPr>
        <w:t>ПДн</w:t>
      </w:r>
      <w:proofErr w:type="spellEnd"/>
      <w:r w:rsidRPr="005745A4">
        <w:rPr>
          <w:lang w:val="ru-RU"/>
        </w:rPr>
        <w:t xml:space="preserve"> в соответствии </w:t>
      </w:r>
      <w:r w:rsidRPr="005745A4">
        <w:rPr>
          <w:lang w:val="ru-RU"/>
        </w:rPr>
        <w:t>с действующим законодательством (гражданская, административная, уголовная ответственность).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 xml:space="preserve">13.2. Работники Оператора, имеющие доступ к </w:t>
      </w:r>
      <w:proofErr w:type="spellStart"/>
      <w:r w:rsidRPr="005745A4">
        <w:rPr>
          <w:lang w:val="ru-RU"/>
        </w:rPr>
        <w:t>ПДн</w:t>
      </w:r>
      <w:proofErr w:type="spellEnd"/>
      <w:r w:rsidRPr="005745A4">
        <w:rPr>
          <w:lang w:val="ru-RU"/>
        </w:rPr>
        <w:t xml:space="preserve">, несут ответственность за разглашение </w:t>
      </w:r>
      <w:proofErr w:type="spellStart"/>
      <w:r w:rsidRPr="005745A4">
        <w:rPr>
          <w:lang w:val="ru-RU"/>
        </w:rPr>
        <w:t>ПДн</w:t>
      </w:r>
      <w:proofErr w:type="spellEnd"/>
      <w:r w:rsidRPr="005745A4">
        <w:rPr>
          <w:lang w:val="ru-RU"/>
        </w:rPr>
        <w:t>, ставших им известными в связи с исполнением трудовых обязанностей, в соот</w:t>
      </w:r>
      <w:r w:rsidRPr="005745A4">
        <w:rPr>
          <w:lang w:val="ru-RU"/>
        </w:rPr>
        <w:t>ветствии с трудовым, гражданским и уголовным законодательством РФ.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 xml:space="preserve">13.3. ООО «СКАНД» как лицо, осуществляющее обработку </w:t>
      </w:r>
      <w:proofErr w:type="spellStart"/>
      <w:r w:rsidRPr="005745A4">
        <w:rPr>
          <w:lang w:val="ru-RU"/>
        </w:rPr>
        <w:t>ПДн</w:t>
      </w:r>
      <w:proofErr w:type="spellEnd"/>
      <w:r w:rsidRPr="005745A4">
        <w:rPr>
          <w:lang w:val="ru-RU"/>
        </w:rPr>
        <w:t xml:space="preserve"> по поручению Оператора, несёт ответственность за обеспечение безопасности </w:t>
      </w:r>
      <w:proofErr w:type="spellStart"/>
      <w:r w:rsidRPr="005745A4">
        <w:rPr>
          <w:lang w:val="ru-RU"/>
        </w:rPr>
        <w:t>ПДн</w:t>
      </w:r>
      <w:proofErr w:type="spellEnd"/>
      <w:r w:rsidRPr="005745A4">
        <w:rPr>
          <w:lang w:val="ru-RU"/>
        </w:rPr>
        <w:t xml:space="preserve"> в рамках заключённого договора.</w:t>
      </w:r>
    </w:p>
    <w:p w:rsidR="00E261D3" w:rsidRPr="005745A4" w:rsidRDefault="00214763" w:rsidP="00214763">
      <w:pPr>
        <w:spacing w:before="240" w:after="0" w:line="240" w:lineRule="auto"/>
        <w:rPr>
          <w:lang w:val="ru-RU"/>
        </w:rPr>
      </w:pPr>
      <w:r w:rsidRPr="005745A4">
        <w:rPr>
          <w:b/>
          <w:sz w:val="28"/>
          <w:lang w:val="ru-RU"/>
        </w:rPr>
        <w:t>14. Контактная информа</w:t>
      </w:r>
      <w:r w:rsidRPr="005745A4">
        <w:rPr>
          <w:b/>
          <w:sz w:val="28"/>
          <w:lang w:val="ru-RU"/>
        </w:rPr>
        <w:t>ция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 xml:space="preserve">14.1. По всем вопросам, связанным с обработкой </w:t>
      </w:r>
      <w:proofErr w:type="spellStart"/>
      <w:r w:rsidRPr="005745A4">
        <w:rPr>
          <w:lang w:val="ru-RU"/>
        </w:rPr>
        <w:t>ПДн</w:t>
      </w:r>
      <w:proofErr w:type="spellEnd"/>
      <w:r w:rsidRPr="005745A4">
        <w:rPr>
          <w:lang w:val="ru-RU"/>
        </w:rPr>
        <w:t>, субъекты могут обратиться к Оператору: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 xml:space="preserve">Адрес: 446430, Самарская область, г. </w:t>
      </w:r>
      <w:proofErr w:type="spellStart"/>
      <w:r w:rsidRPr="005745A4">
        <w:rPr>
          <w:lang w:val="ru-RU"/>
        </w:rPr>
        <w:t>Кинель</w:t>
      </w:r>
      <w:proofErr w:type="spellEnd"/>
      <w:r w:rsidRPr="005745A4">
        <w:rPr>
          <w:lang w:val="ru-RU"/>
        </w:rPr>
        <w:t>, ул. Чехова, д. 1;</w:t>
      </w:r>
    </w:p>
    <w:p w:rsidR="00E261D3" w:rsidRPr="005745A4" w:rsidRDefault="007572B2" w:rsidP="00214763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>Телефон: 8 (84663) 6-66-66</w:t>
      </w:r>
      <w:r w:rsidR="00214763" w:rsidRPr="005745A4">
        <w:rPr>
          <w:lang w:val="ru-RU"/>
        </w:rPr>
        <w:t>;</w:t>
      </w:r>
    </w:p>
    <w:p w:rsidR="00E261D3" w:rsidRPr="002E09DC" w:rsidRDefault="00214763" w:rsidP="00214763">
      <w:pPr>
        <w:spacing w:after="0" w:line="240" w:lineRule="auto"/>
        <w:jc w:val="both"/>
      </w:pPr>
      <w:r>
        <w:t>E</w:t>
      </w:r>
      <w:r w:rsidRPr="002E09DC">
        <w:t>-</w:t>
      </w:r>
      <w:r>
        <w:t>mail</w:t>
      </w:r>
      <w:r w:rsidRPr="002E09DC">
        <w:t>:</w:t>
      </w:r>
      <w:r w:rsidR="002E09DC" w:rsidRPr="002E09DC">
        <w:t xml:space="preserve"> </w:t>
      </w:r>
      <w:r w:rsidR="002E09DC">
        <w:t>diamedkinel</w:t>
      </w:r>
      <w:r w:rsidR="002E09DC" w:rsidRPr="002E09DC">
        <w:t>@</w:t>
      </w:r>
      <w:r w:rsidR="002E09DC">
        <w:t>yandex</w:t>
      </w:r>
      <w:r w:rsidR="002E09DC" w:rsidRPr="002E09DC">
        <w:t>.</w:t>
      </w:r>
      <w:r w:rsidR="002E09DC">
        <w:t>ru</w:t>
      </w:r>
      <w:r w:rsidRPr="002E09DC">
        <w:t>;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 xml:space="preserve">Сайт: </w:t>
      </w:r>
      <w:proofErr w:type="spellStart"/>
      <w:r>
        <w:t>diamed</w:t>
      </w:r>
      <w:r>
        <w:t>kinel</w:t>
      </w:r>
      <w:proofErr w:type="spellEnd"/>
      <w:r w:rsidRPr="005745A4">
        <w:rPr>
          <w:lang w:val="ru-RU"/>
        </w:rPr>
        <w:t>.</w:t>
      </w:r>
      <w:proofErr w:type="spellStart"/>
      <w:r>
        <w:t>ru</w:t>
      </w:r>
      <w:proofErr w:type="spellEnd"/>
      <w:r w:rsidRPr="005745A4">
        <w:rPr>
          <w:lang w:val="ru-RU"/>
        </w:rPr>
        <w:t>;</w:t>
      </w:r>
    </w:p>
    <w:p w:rsidR="00E261D3" w:rsidRPr="005745A4" w:rsidRDefault="00214763" w:rsidP="00214763">
      <w:pPr>
        <w:spacing w:after="0" w:line="240" w:lineRule="auto"/>
        <w:jc w:val="both"/>
        <w:rPr>
          <w:lang w:val="ru-RU"/>
        </w:rPr>
      </w:pPr>
      <w:r w:rsidRPr="005745A4">
        <w:rPr>
          <w:lang w:val="ru-RU"/>
        </w:rPr>
        <w:t>Ответственный за</w:t>
      </w:r>
      <w:r w:rsidRPr="005745A4">
        <w:rPr>
          <w:lang w:val="ru-RU"/>
        </w:rPr>
        <w:t xml:space="preserve"> обработку </w:t>
      </w:r>
      <w:proofErr w:type="spellStart"/>
      <w:r w:rsidRPr="005745A4">
        <w:rPr>
          <w:lang w:val="ru-RU"/>
        </w:rPr>
        <w:t>ПДн</w:t>
      </w:r>
      <w:proofErr w:type="spellEnd"/>
      <w:r w:rsidRPr="005745A4">
        <w:rPr>
          <w:lang w:val="ru-RU"/>
        </w:rPr>
        <w:t xml:space="preserve">: Науменко Ирина </w:t>
      </w:r>
      <w:r w:rsidR="002E09DC">
        <w:rPr>
          <w:lang w:val="ru-RU"/>
        </w:rPr>
        <w:t>Олеговна, тел. 8 (84663)6-66-66</w:t>
      </w:r>
      <w:r w:rsidRPr="005745A4">
        <w:rPr>
          <w:lang w:val="ru-RU"/>
        </w:rPr>
        <w:t>.</w:t>
      </w:r>
    </w:p>
    <w:p w:rsidR="00E261D3" w:rsidRPr="005745A4" w:rsidRDefault="00E261D3">
      <w:pPr>
        <w:rPr>
          <w:lang w:val="ru-RU"/>
        </w:rPr>
      </w:pPr>
    </w:p>
    <w:p w:rsidR="00E261D3" w:rsidRPr="005745A4" w:rsidRDefault="00214763">
      <w:pPr>
        <w:spacing w:before="240"/>
        <w:rPr>
          <w:lang w:val="ru-RU"/>
        </w:rPr>
      </w:pPr>
      <w:r w:rsidRPr="005745A4">
        <w:rPr>
          <w:sz w:val="20"/>
          <w:lang w:val="ru-RU"/>
        </w:rPr>
        <w:br/>
      </w:r>
    </w:p>
    <w:sectPr w:rsidR="00E261D3" w:rsidRPr="005745A4" w:rsidSect="00214763">
      <w:pgSz w:w="12240" w:h="15840"/>
      <w:pgMar w:top="851" w:right="850" w:bottom="993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14763"/>
    <w:rsid w:val="0029639D"/>
    <w:rsid w:val="002E09DC"/>
    <w:rsid w:val="00326F90"/>
    <w:rsid w:val="005745A4"/>
    <w:rsid w:val="007572B2"/>
    <w:rsid w:val="00AA1D8D"/>
    <w:rsid w:val="00B47730"/>
    <w:rsid w:val="00CB0664"/>
    <w:rsid w:val="00E261D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36707A"/>
  <w14:defaultImageDpi w14:val="300"/>
  <w15:docId w15:val="{5A2926E1-02F3-4398-81CF-94D0F3607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5745A4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2147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21476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A81695A-3ED8-4873-91D6-6AC78064D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2838</Words>
  <Characters>16182</Characters>
  <Application>Microsoft Office Word</Application>
  <DocSecurity>0</DocSecurity>
  <Lines>134</Lines>
  <Paragraphs>37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18983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Vladimir</cp:lastModifiedBy>
  <cp:revision>2</cp:revision>
  <cp:lastPrinted>2026-10-04T05:31:00Z</cp:lastPrinted>
  <dcterms:created xsi:type="dcterms:W3CDTF">2026-10-04T05:33:00Z</dcterms:created>
  <dcterms:modified xsi:type="dcterms:W3CDTF">2026-10-04T05:33:00Z</dcterms:modified>
  <cp:category/>
</cp:coreProperties>
</file>